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Metadata/LabelInfo.xml" ContentType="application/vnd.ms-office.classificationlabel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microsoft.com/office/2020/02/relationships/classificationlabels" Target="docMetadata/LabelInfo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2F7576E8" w14:textId="77777777" w:rsidR="008C3C90" w:rsidRDefault="00ED4742">
      <w:pPr>
        <w:spacing w:after="160"/>
        <w:rPr>
          <w:rFonts w:hint="eastAsia"/>
        </w:rPr>
      </w:pPr>
      <w:r>
        <w:rPr>
          <w:noProof/>
        </w:rPr>
        <w:drawing>
          <wp:inline distT="0" distB="0" distL="0" distR="0" wp14:anchorId="51BEB67B" wp14:editId="1C6B76DC">
            <wp:extent cx="900000" cy="504233"/>
            <wp:effectExtent l="0" t="0" r="0" b="0"/>
            <wp:docPr id="1" name="Picture 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logo.png"/>
                    <pic:cNvPicPr/>
                  </pic:nvPicPr>
                  <pic:blipFill>
                    <a:blip r:embed="rId6"/>
                    <a:stretch>
                      <a:fillRect/>
                    </a:stretch>
                  </pic:blipFill>
                  <pic:spPr>
                    <a:xfrm>
                      <a:off x="0" y="0"/>
                      <a:ext cx="900000" cy="504233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14:paraId="485F7D78" w14:textId="77777777" w:rsidR="008C3C90" w:rsidRDefault="00ED4742">
      <w:pPr>
        <w:pStyle w:val="Title"/>
        <w:spacing w:after="0"/>
      </w:pPr>
      <w:r>
        <w:t>FÖLJESEDEL</w:t>
      </w:r>
    </w:p>
    <w:p w14:paraId="125D409C" w14:textId="0D1F678B" w:rsidR="008C3C90" w:rsidRDefault="00ED4742">
      <w:pPr>
        <w:spacing w:after="200"/>
        <w:rPr>
          <w:rFonts w:hint="eastAsia"/>
        </w:rPr>
      </w:pPr>
      <w:proofErr w:type="spellStart"/>
      <w:r>
        <w:t>Returnerade</w:t>
      </w:r>
      <w:proofErr w:type="spellEnd"/>
      <w:r>
        <w:t xml:space="preserve"> </w:t>
      </w:r>
      <w:proofErr w:type="spellStart"/>
      <w:r w:rsidR="00B517EF">
        <w:t>tomgodsartiklar</w:t>
      </w:r>
      <w:proofErr w:type="spellEnd"/>
    </w:p>
    <w:tbl>
      <w:tblPr>
        <w:tblW w:w="15500" w:type="dxa"/>
        <w:tblLayout w:type="fixed"/>
        <w:tblLook w:val="04A0" w:firstRow="1" w:lastRow="0" w:firstColumn="1" w:lastColumn="0" w:noHBand="0" w:noVBand="1"/>
      </w:tblPr>
      <w:tblGrid>
        <w:gridCol w:w="10635"/>
        <w:gridCol w:w="4865"/>
      </w:tblGrid>
      <w:tr w:rsidR="00870F13" w14:paraId="502B5605" w14:textId="77777777" w:rsidTr="00870F13">
        <w:trPr>
          <w:trHeight w:val="602"/>
        </w:trPr>
        <w:tc>
          <w:tcPr>
            <w:tcW w:w="10635" w:type="dxa"/>
            <w:tcBorders>
              <w:top w:val="single" w:sz="5" w:space="0" w:color="B7C4BD"/>
              <w:left w:val="single" w:sz="5" w:space="0" w:color="B7C4BD"/>
              <w:bottom w:val="single" w:sz="5" w:space="0" w:color="B7C4BD"/>
              <w:right w:val="single" w:sz="5" w:space="0" w:color="B7C4BD"/>
            </w:tcBorders>
            <w:shd w:val="clear" w:color="auto" w:fill="EAF1DD" w:themeFill="accent3" w:themeFillTint="33"/>
            <w:tcMar>
              <w:top w:w="65" w:type="dxa"/>
              <w:left w:w="100" w:type="dxa"/>
              <w:bottom w:w="65" w:type="dxa"/>
              <w:right w:w="100" w:type="dxa"/>
            </w:tcMar>
            <w:vAlign w:val="center"/>
          </w:tcPr>
          <w:p w14:paraId="1E84563F" w14:textId="78F738BA" w:rsidR="00870F13" w:rsidRDefault="00870F13">
            <w:pPr>
              <w:rPr>
                <w:rFonts w:hint="eastAsia"/>
              </w:rPr>
            </w:pPr>
            <w:proofErr w:type="spellStart"/>
            <w:r>
              <w:rPr>
                <w:b/>
                <w:color w:val="00321E"/>
              </w:rPr>
              <w:t>Från</w:t>
            </w:r>
            <w:proofErr w:type="spellEnd"/>
            <w:r>
              <w:rPr>
                <w:b/>
                <w:color w:val="00321E"/>
              </w:rPr>
              <w:br/>
            </w:r>
          </w:p>
        </w:tc>
        <w:tc>
          <w:tcPr>
            <w:tcW w:w="4865" w:type="dxa"/>
            <w:tcBorders>
              <w:top w:val="single" w:sz="5" w:space="0" w:color="B7C4BD"/>
              <w:left w:val="single" w:sz="5" w:space="0" w:color="B7C4BD"/>
              <w:bottom w:val="single" w:sz="5" w:space="0" w:color="B7C4BD"/>
              <w:right w:val="single" w:sz="5" w:space="0" w:color="B7C4BD"/>
            </w:tcBorders>
            <w:shd w:val="clear" w:color="auto" w:fill="EAF1DD" w:themeFill="accent3" w:themeFillTint="33"/>
            <w:tcMar>
              <w:top w:w="65" w:type="dxa"/>
              <w:left w:w="100" w:type="dxa"/>
              <w:bottom w:w="65" w:type="dxa"/>
              <w:right w:w="100" w:type="dxa"/>
            </w:tcMar>
            <w:vAlign w:val="center"/>
          </w:tcPr>
          <w:p w14:paraId="55ED83DB" w14:textId="7E136CFD" w:rsidR="00870F13" w:rsidRDefault="00870F13">
            <w:pPr>
              <w:rPr>
                <w:rFonts w:hint="eastAsia"/>
              </w:rPr>
            </w:pPr>
            <w:proofErr w:type="spellStart"/>
            <w:r>
              <w:rPr>
                <w:b/>
                <w:color w:val="00321E"/>
              </w:rPr>
              <w:t>Följesedelsnummer</w:t>
            </w:r>
            <w:proofErr w:type="spellEnd"/>
            <w:r>
              <w:rPr>
                <w:b/>
                <w:color w:val="00321E"/>
              </w:rPr>
              <w:br/>
            </w:r>
          </w:p>
        </w:tc>
      </w:tr>
      <w:tr w:rsidR="00870F13" w14:paraId="0F79B860" w14:textId="77777777" w:rsidTr="00870F13">
        <w:trPr>
          <w:trHeight w:val="587"/>
        </w:trPr>
        <w:tc>
          <w:tcPr>
            <w:tcW w:w="10635" w:type="dxa"/>
            <w:tcBorders>
              <w:top w:val="single" w:sz="5" w:space="0" w:color="B7C4BD"/>
              <w:left w:val="single" w:sz="5" w:space="0" w:color="B7C4BD"/>
              <w:bottom w:val="single" w:sz="5" w:space="0" w:color="B7C4BD"/>
              <w:right w:val="single" w:sz="5" w:space="0" w:color="B7C4BD"/>
            </w:tcBorders>
            <w:tcMar>
              <w:top w:w="65" w:type="dxa"/>
              <w:left w:w="100" w:type="dxa"/>
              <w:bottom w:w="65" w:type="dxa"/>
              <w:right w:w="100" w:type="dxa"/>
            </w:tcMar>
            <w:vAlign w:val="center"/>
          </w:tcPr>
          <w:p w14:paraId="298FDA0E" w14:textId="0F135C74" w:rsidR="00870F13" w:rsidRPr="005A68E7" w:rsidRDefault="00870F13">
            <w:pPr>
              <w:rPr>
                <w:rFonts w:hint="eastAsia"/>
                <w:lang w:val="sv-SE"/>
              </w:rPr>
            </w:pPr>
            <w:r w:rsidRPr="005A68E7">
              <w:rPr>
                <w:b/>
                <w:color w:val="00321E"/>
                <w:lang w:val="sv-SE"/>
              </w:rPr>
              <w:t>Till</w:t>
            </w:r>
            <w:r w:rsidRPr="005A68E7">
              <w:rPr>
                <w:b/>
                <w:color w:val="00321E"/>
                <w:lang w:val="sv-SE"/>
              </w:rPr>
              <w:br/>
              <w:t xml:space="preserve">Carlsberg Sverige AB, </w:t>
            </w:r>
            <w:proofErr w:type="spellStart"/>
            <w:r w:rsidRPr="005A68E7">
              <w:rPr>
                <w:b/>
                <w:color w:val="00321E"/>
                <w:lang w:val="sv-SE"/>
              </w:rPr>
              <w:t>Å</w:t>
            </w:r>
            <w:r>
              <w:rPr>
                <w:b/>
                <w:color w:val="00321E"/>
                <w:lang w:val="sv-SE"/>
              </w:rPr>
              <w:t>rstadvägen</w:t>
            </w:r>
            <w:proofErr w:type="spellEnd"/>
            <w:r>
              <w:rPr>
                <w:b/>
                <w:color w:val="00321E"/>
                <w:lang w:val="sv-SE"/>
              </w:rPr>
              <w:t xml:space="preserve"> 6 311 22 Falkenberg</w:t>
            </w:r>
          </w:p>
        </w:tc>
        <w:tc>
          <w:tcPr>
            <w:tcW w:w="4865" w:type="dxa"/>
            <w:tcBorders>
              <w:top w:val="single" w:sz="5" w:space="0" w:color="B7C4BD"/>
              <w:left w:val="single" w:sz="5" w:space="0" w:color="B7C4BD"/>
              <w:bottom w:val="single" w:sz="5" w:space="0" w:color="B7C4BD"/>
              <w:right w:val="single" w:sz="5" w:space="0" w:color="B7C4BD"/>
            </w:tcBorders>
            <w:shd w:val="clear" w:color="auto" w:fill="BFBFBF" w:themeFill="background1" w:themeFillShade="BF"/>
            <w:tcMar>
              <w:top w:w="65" w:type="dxa"/>
              <w:left w:w="100" w:type="dxa"/>
              <w:bottom w:w="65" w:type="dxa"/>
              <w:right w:w="100" w:type="dxa"/>
            </w:tcMar>
            <w:vAlign w:val="center"/>
          </w:tcPr>
          <w:p w14:paraId="0EAD1591" w14:textId="24CC9638" w:rsidR="00870F13" w:rsidRPr="00B517EF" w:rsidRDefault="00870F13">
            <w:pPr>
              <w:rPr>
                <w:rFonts w:hint="eastAsia"/>
                <w:lang w:val="sv-SE"/>
              </w:rPr>
            </w:pPr>
            <w:r>
              <w:rPr>
                <w:b/>
                <w:color w:val="00321E"/>
                <w:lang w:val="sv-SE"/>
              </w:rPr>
              <w:t>Lossning</w:t>
            </w:r>
            <w:r w:rsidRPr="00B517EF">
              <w:rPr>
                <w:b/>
                <w:color w:val="00321E"/>
                <w:lang w:val="sv-SE"/>
              </w:rPr>
              <w:t>sdatum och tid</w:t>
            </w:r>
            <w:r w:rsidRPr="00B517EF">
              <w:rPr>
                <w:b/>
                <w:color w:val="00321E"/>
                <w:lang w:val="sv-SE"/>
              </w:rPr>
              <w:br/>
            </w:r>
          </w:p>
        </w:tc>
      </w:tr>
      <w:tr w:rsidR="00870F13" w14:paraId="443F53BA" w14:textId="77777777" w:rsidTr="00870F13">
        <w:trPr>
          <w:trHeight w:val="602"/>
        </w:trPr>
        <w:tc>
          <w:tcPr>
            <w:tcW w:w="10635" w:type="dxa"/>
            <w:tcBorders>
              <w:top w:val="single" w:sz="5" w:space="0" w:color="B7C4BD"/>
              <w:left w:val="single" w:sz="5" w:space="0" w:color="B7C4BD"/>
              <w:bottom w:val="single" w:sz="5" w:space="0" w:color="B7C4BD"/>
              <w:right w:val="single" w:sz="5" w:space="0" w:color="B7C4BD"/>
            </w:tcBorders>
            <w:shd w:val="clear" w:color="auto" w:fill="EAF1DD" w:themeFill="accent3" w:themeFillTint="33"/>
            <w:tcMar>
              <w:top w:w="65" w:type="dxa"/>
              <w:left w:w="100" w:type="dxa"/>
              <w:bottom w:w="65" w:type="dxa"/>
              <w:right w:w="100" w:type="dxa"/>
            </w:tcMar>
            <w:vAlign w:val="center"/>
          </w:tcPr>
          <w:p w14:paraId="4BA2E2A9" w14:textId="74CE88A8" w:rsidR="00870F13" w:rsidRPr="00B517EF" w:rsidRDefault="00870F13">
            <w:pPr>
              <w:rPr>
                <w:rFonts w:hint="eastAsia"/>
                <w:lang w:val="sv-SE"/>
              </w:rPr>
            </w:pPr>
            <w:r w:rsidRPr="00B517EF">
              <w:rPr>
                <w:b/>
                <w:color w:val="00321E"/>
                <w:lang w:val="sv-SE"/>
              </w:rPr>
              <w:t xml:space="preserve">Kundnummer hos </w:t>
            </w:r>
            <w:r>
              <w:rPr>
                <w:b/>
                <w:color w:val="00321E"/>
                <w:lang w:val="sv-SE"/>
              </w:rPr>
              <w:t>Carlsberg</w:t>
            </w:r>
            <w:r w:rsidRPr="00B517EF">
              <w:rPr>
                <w:b/>
                <w:color w:val="00321E"/>
                <w:lang w:val="sv-SE"/>
              </w:rPr>
              <w:br/>
            </w:r>
          </w:p>
        </w:tc>
        <w:tc>
          <w:tcPr>
            <w:tcW w:w="4865" w:type="dxa"/>
            <w:tcBorders>
              <w:top w:val="single" w:sz="5" w:space="0" w:color="B7C4BD"/>
              <w:left w:val="single" w:sz="5" w:space="0" w:color="B7C4BD"/>
              <w:bottom w:val="single" w:sz="5" w:space="0" w:color="B7C4BD"/>
              <w:right w:val="single" w:sz="5" w:space="0" w:color="B7C4BD"/>
            </w:tcBorders>
            <w:shd w:val="clear" w:color="auto" w:fill="EAF1DD" w:themeFill="accent3" w:themeFillTint="33"/>
            <w:tcMar>
              <w:top w:w="65" w:type="dxa"/>
              <w:left w:w="100" w:type="dxa"/>
              <w:bottom w:w="65" w:type="dxa"/>
              <w:right w:w="100" w:type="dxa"/>
            </w:tcMar>
            <w:vAlign w:val="center"/>
          </w:tcPr>
          <w:p w14:paraId="42DE588B" w14:textId="57ABA494" w:rsidR="00870F13" w:rsidRPr="00B517EF" w:rsidRDefault="00870F13">
            <w:pPr>
              <w:rPr>
                <w:rFonts w:hint="eastAsia"/>
                <w:lang w:val="sv-SE"/>
              </w:rPr>
            </w:pPr>
            <w:r>
              <w:rPr>
                <w:b/>
                <w:color w:val="00321E"/>
                <w:lang w:val="sv-SE"/>
              </w:rPr>
              <w:t>Upphämtnin</w:t>
            </w:r>
            <w:r>
              <w:rPr>
                <w:b/>
                <w:color w:val="00321E"/>
                <w:lang w:val="sv-SE"/>
              </w:rPr>
              <w:t>g</w:t>
            </w:r>
            <w:r w:rsidRPr="00B517EF">
              <w:rPr>
                <w:b/>
                <w:color w:val="00321E"/>
                <w:lang w:val="sv-SE"/>
              </w:rPr>
              <w:t>sdatum och tid</w:t>
            </w:r>
            <w:r w:rsidRPr="00B517EF">
              <w:rPr>
                <w:b/>
                <w:color w:val="00321E"/>
                <w:lang w:val="sv-SE"/>
              </w:rPr>
              <w:br/>
            </w:r>
          </w:p>
        </w:tc>
      </w:tr>
    </w:tbl>
    <w:p w14:paraId="4C7BDE9C" w14:textId="005A2BFE" w:rsidR="008C3C90" w:rsidRDefault="008C3C90">
      <w:pPr>
        <w:spacing w:after="40"/>
        <w:rPr>
          <w:rFonts w:hint="eastAsia"/>
        </w:rPr>
      </w:pPr>
    </w:p>
    <w:tbl>
      <w:tblPr>
        <w:tblW w:w="0" w:type="auto"/>
        <w:jc w:val="center"/>
        <w:tblLayout w:type="fixed"/>
        <w:tblLook w:val="04A0" w:firstRow="1" w:lastRow="0" w:firstColumn="1" w:lastColumn="0" w:noHBand="0" w:noVBand="1"/>
      </w:tblPr>
      <w:tblGrid>
        <w:gridCol w:w="1701"/>
        <w:gridCol w:w="4422"/>
        <w:gridCol w:w="1134"/>
        <w:gridCol w:w="1134"/>
        <w:gridCol w:w="1304"/>
        <w:gridCol w:w="2381"/>
        <w:gridCol w:w="2154"/>
      </w:tblGrid>
      <w:tr w:rsidR="00B772D0" w14:paraId="0B812B8B" w14:textId="77777777" w:rsidTr="005A68E7">
        <w:trPr>
          <w:jc w:val="center"/>
        </w:trPr>
        <w:tc>
          <w:tcPr>
            <w:tcW w:w="1701" w:type="dxa"/>
            <w:tcBorders>
              <w:top w:val="single" w:sz="5" w:space="0" w:color="B7C4BD"/>
              <w:left w:val="single" w:sz="5" w:space="0" w:color="B7C4BD"/>
              <w:bottom w:val="single" w:sz="5" w:space="0" w:color="B7C4BD"/>
              <w:right w:val="single" w:sz="5" w:space="0" w:color="B7C4BD"/>
            </w:tcBorders>
            <w:shd w:val="clear" w:color="auto" w:fill="00321E"/>
            <w:tcMar>
              <w:top w:w="65" w:type="dxa"/>
              <w:left w:w="100" w:type="dxa"/>
              <w:bottom w:w="65" w:type="dxa"/>
              <w:right w:w="100" w:type="dxa"/>
            </w:tcMar>
            <w:vAlign w:val="center"/>
          </w:tcPr>
          <w:p w14:paraId="4717F0EC" w14:textId="2A2D093C" w:rsidR="00B772D0" w:rsidRDefault="00B772D0">
            <w:pPr>
              <w:jc w:val="center"/>
              <w:rPr>
                <w:rFonts w:hint="eastAsia"/>
              </w:rPr>
            </w:pPr>
            <w:proofErr w:type="spellStart"/>
            <w:r>
              <w:rPr>
                <w:b/>
                <w:color w:val="FFFFFF"/>
                <w:sz w:val="17"/>
              </w:rPr>
              <w:t>Materialnr</w:t>
            </w:r>
            <w:proofErr w:type="spellEnd"/>
            <w:r>
              <w:rPr>
                <w:b/>
                <w:color w:val="FFFFFF"/>
                <w:sz w:val="17"/>
              </w:rPr>
              <w:br/>
            </w:r>
            <w:proofErr w:type="spellStart"/>
            <w:r>
              <w:rPr>
                <w:b/>
                <w:color w:val="FFFFFF"/>
                <w:sz w:val="17"/>
              </w:rPr>
              <w:t>Typ</w:t>
            </w:r>
            <w:proofErr w:type="spellEnd"/>
          </w:p>
        </w:tc>
        <w:tc>
          <w:tcPr>
            <w:tcW w:w="4422" w:type="dxa"/>
            <w:tcBorders>
              <w:top w:val="single" w:sz="5" w:space="0" w:color="B7C4BD"/>
              <w:left w:val="single" w:sz="5" w:space="0" w:color="B7C4BD"/>
              <w:bottom w:val="single" w:sz="5" w:space="0" w:color="B7C4BD"/>
              <w:right w:val="single" w:sz="5" w:space="0" w:color="B7C4BD"/>
            </w:tcBorders>
            <w:shd w:val="clear" w:color="auto" w:fill="00321E"/>
            <w:tcMar>
              <w:top w:w="65" w:type="dxa"/>
              <w:left w:w="100" w:type="dxa"/>
              <w:bottom w:w="65" w:type="dxa"/>
              <w:right w:w="100" w:type="dxa"/>
            </w:tcMar>
            <w:vAlign w:val="center"/>
          </w:tcPr>
          <w:p w14:paraId="7C8256F0" w14:textId="65160AAE" w:rsidR="00B772D0" w:rsidRDefault="00B772D0">
            <w:pPr>
              <w:jc w:val="center"/>
              <w:rPr>
                <w:rFonts w:hint="eastAsia"/>
              </w:rPr>
            </w:pPr>
            <w:proofErr w:type="spellStart"/>
            <w:r>
              <w:rPr>
                <w:b/>
                <w:color w:val="FFFFFF"/>
                <w:sz w:val="17"/>
              </w:rPr>
              <w:t>Beskrivning</w:t>
            </w:r>
            <w:proofErr w:type="spellEnd"/>
            <w:r>
              <w:rPr>
                <w:b/>
                <w:color w:val="FFFFFF"/>
                <w:sz w:val="17"/>
              </w:rPr>
              <w:br/>
            </w:r>
            <w:proofErr w:type="spellStart"/>
            <w:r>
              <w:rPr>
                <w:b/>
                <w:color w:val="FFFFFF"/>
                <w:sz w:val="17"/>
              </w:rPr>
              <w:t>Benämning</w:t>
            </w:r>
            <w:proofErr w:type="spellEnd"/>
          </w:p>
        </w:tc>
        <w:tc>
          <w:tcPr>
            <w:tcW w:w="1134" w:type="dxa"/>
            <w:tcBorders>
              <w:top w:val="single" w:sz="5" w:space="0" w:color="B7C4BD"/>
              <w:left w:val="single" w:sz="5" w:space="0" w:color="B7C4BD"/>
              <w:bottom w:val="single" w:sz="5" w:space="0" w:color="B7C4BD"/>
              <w:right w:val="single" w:sz="5" w:space="0" w:color="B7C4BD"/>
            </w:tcBorders>
            <w:shd w:val="clear" w:color="auto" w:fill="00321E"/>
            <w:tcMar>
              <w:top w:w="65" w:type="dxa"/>
              <w:left w:w="100" w:type="dxa"/>
              <w:bottom w:w="65" w:type="dxa"/>
              <w:right w:w="100" w:type="dxa"/>
            </w:tcMar>
            <w:vAlign w:val="center"/>
          </w:tcPr>
          <w:p w14:paraId="2F4E20C9" w14:textId="77777777" w:rsidR="00B772D0" w:rsidRDefault="00B772D0">
            <w:pPr>
              <w:jc w:val="center"/>
              <w:rPr>
                <w:rFonts w:hint="eastAsia"/>
              </w:rPr>
            </w:pPr>
            <w:r>
              <w:rPr>
                <w:b/>
                <w:color w:val="FFFFFF"/>
                <w:sz w:val="17"/>
              </w:rPr>
              <w:t>ANTAL</w:t>
            </w:r>
            <w:r>
              <w:rPr>
                <w:b/>
                <w:color w:val="FFFFFF"/>
                <w:sz w:val="17"/>
              </w:rPr>
              <w:br/>
              <w:t>Pall</w:t>
            </w:r>
          </w:p>
        </w:tc>
        <w:tc>
          <w:tcPr>
            <w:tcW w:w="1134" w:type="dxa"/>
            <w:tcBorders>
              <w:top w:val="single" w:sz="5" w:space="0" w:color="B7C4BD"/>
              <w:left w:val="single" w:sz="5" w:space="0" w:color="B7C4BD"/>
              <w:bottom w:val="single" w:sz="5" w:space="0" w:color="B7C4BD"/>
              <w:right w:val="single" w:sz="5" w:space="0" w:color="B7C4BD"/>
            </w:tcBorders>
            <w:shd w:val="clear" w:color="auto" w:fill="00321E"/>
            <w:tcMar>
              <w:top w:w="65" w:type="dxa"/>
              <w:left w:w="100" w:type="dxa"/>
              <w:bottom w:w="65" w:type="dxa"/>
              <w:right w:w="100" w:type="dxa"/>
            </w:tcMar>
            <w:vAlign w:val="center"/>
          </w:tcPr>
          <w:p w14:paraId="634C9290" w14:textId="77777777" w:rsidR="00B772D0" w:rsidRDefault="00B772D0">
            <w:pPr>
              <w:jc w:val="center"/>
              <w:rPr>
                <w:rFonts w:hint="eastAsia"/>
              </w:rPr>
            </w:pPr>
            <w:r>
              <w:rPr>
                <w:b/>
                <w:color w:val="FFFFFF"/>
                <w:sz w:val="17"/>
              </w:rPr>
              <w:t>PER PALL</w:t>
            </w:r>
            <w:r>
              <w:rPr>
                <w:b/>
                <w:color w:val="FFFFFF"/>
                <w:sz w:val="17"/>
              </w:rPr>
              <w:br/>
              <w:t>Styck</w:t>
            </w:r>
          </w:p>
        </w:tc>
        <w:tc>
          <w:tcPr>
            <w:tcW w:w="1304" w:type="dxa"/>
            <w:tcBorders>
              <w:top w:val="single" w:sz="5" w:space="0" w:color="B7C4BD"/>
              <w:left w:val="single" w:sz="5" w:space="0" w:color="B7C4BD"/>
              <w:bottom w:val="single" w:sz="5" w:space="0" w:color="B7C4BD"/>
              <w:right w:val="single" w:sz="5" w:space="0" w:color="B7C4BD"/>
            </w:tcBorders>
            <w:shd w:val="clear" w:color="auto" w:fill="00321E"/>
            <w:tcMar>
              <w:top w:w="65" w:type="dxa"/>
              <w:left w:w="100" w:type="dxa"/>
              <w:bottom w:w="65" w:type="dxa"/>
              <w:right w:w="100" w:type="dxa"/>
            </w:tcMar>
            <w:vAlign w:val="center"/>
          </w:tcPr>
          <w:p w14:paraId="0B9F8C76" w14:textId="77777777" w:rsidR="00B772D0" w:rsidRDefault="00B772D0">
            <w:pPr>
              <w:jc w:val="center"/>
              <w:rPr>
                <w:rFonts w:hint="eastAsia"/>
              </w:rPr>
            </w:pPr>
            <w:r>
              <w:rPr>
                <w:b/>
                <w:color w:val="FFFFFF"/>
                <w:sz w:val="17"/>
              </w:rPr>
              <w:t>ANTAL</w:t>
            </w:r>
            <w:r>
              <w:rPr>
                <w:b/>
                <w:color w:val="FFFFFF"/>
                <w:sz w:val="17"/>
              </w:rPr>
              <w:br/>
              <w:t>Styck</w:t>
            </w:r>
          </w:p>
        </w:tc>
        <w:tc>
          <w:tcPr>
            <w:tcW w:w="2381" w:type="dxa"/>
            <w:tcBorders>
              <w:top w:val="single" w:sz="5" w:space="0" w:color="B7C4BD"/>
              <w:left w:val="single" w:sz="5" w:space="0" w:color="B7C4BD"/>
              <w:bottom w:val="single" w:sz="5" w:space="0" w:color="B7C4BD"/>
              <w:right w:val="single" w:sz="5" w:space="0" w:color="B7C4BD"/>
            </w:tcBorders>
            <w:shd w:val="clear" w:color="auto" w:fill="00321E"/>
            <w:tcMar>
              <w:top w:w="65" w:type="dxa"/>
              <w:left w:w="100" w:type="dxa"/>
              <w:bottom w:w="65" w:type="dxa"/>
              <w:right w:w="100" w:type="dxa"/>
            </w:tcMar>
            <w:vAlign w:val="center"/>
          </w:tcPr>
          <w:p w14:paraId="02DC3ECC" w14:textId="77777777" w:rsidR="00B772D0" w:rsidRDefault="00B772D0">
            <w:pPr>
              <w:jc w:val="center"/>
              <w:rPr>
                <w:rFonts w:hint="eastAsia"/>
              </w:rPr>
            </w:pPr>
            <w:r>
              <w:rPr>
                <w:b/>
                <w:color w:val="FFFFFF"/>
                <w:sz w:val="17"/>
              </w:rPr>
              <w:t>KOMMENTAR</w:t>
            </w:r>
          </w:p>
        </w:tc>
        <w:tc>
          <w:tcPr>
            <w:tcW w:w="2154" w:type="dxa"/>
            <w:tcBorders>
              <w:top w:val="single" w:sz="5" w:space="0" w:color="B7C4BD"/>
              <w:left w:val="single" w:sz="5" w:space="0" w:color="B7C4BD"/>
              <w:bottom w:val="single" w:sz="4" w:space="0" w:color="auto"/>
              <w:right w:val="single" w:sz="5" w:space="0" w:color="B7C4BD"/>
            </w:tcBorders>
            <w:shd w:val="clear" w:color="auto" w:fill="00321E"/>
            <w:tcMar>
              <w:top w:w="65" w:type="dxa"/>
              <w:left w:w="100" w:type="dxa"/>
              <w:bottom w:w="65" w:type="dxa"/>
              <w:right w:w="100" w:type="dxa"/>
            </w:tcMar>
            <w:vAlign w:val="center"/>
          </w:tcPr>
          <w:p w14:paraId="766A35E2" w14:textId="77777777" w:rsidR="00B772D0" w:rsidRDefault="005A68E7">
            <w:pPr>
              <w:jc w:val="center"/>
              <w:rPr>
                <w:b/>
                <w:color w:val="FFFFFF"/>
                <w:sz w:val="17"/>
              </w:rPr>
            </w:pPr>
            <w:proofErr w:type="spellStart"/>
            <w:r>
              <w:rPr>
                <w:b/>
                <w:color w:val="FFFFFF"/>
                <w:sz w:val="17"/>
              </w:rPr>
              <w:t>Mottagen</w:t>
            </w:r>
            <w:proofErr w:type="spellEnd"/>
            <w:r>
              <w:rPr>
                <w:b/>
                <w:color w:val="FFFFFF"/>
                <w:sz w:val="17"/>
              </w:rPr>
              <w:t xml:space="preserve"> </w:t>
            </w:r>
            <w:proofErr w:type="spellStart"/>
            <w:r>
              <w:rPr>
                <w:b/>
                <w:color w:val="FFFFFF"/>
                <w:sz w:val="17"/>
              </w:rPr>
              <w:t>kvantitet</w:t>
            </w:r>
            <w:proofErr w:type="spellEnd"/>
          </w:p>
          <w:p w14:paraId="0016F351" w14:textId="5F6021DD" w:rsidR="005A68E7" w:rsidRDefault="005A68E7">
            <w:pPr>
              <w:jc w:val="center"/>
              <w:rPr>
                <w:rFonts w:hint="eastAsia"/>
              </w:rPr>
            </w:pPr>
            <w:r>
              <w:rPr>
                <w:b/>
                <w:color w:val="FFFFFF"/>
                <w:sz w:val="17"/>
              </w:rPr>
              <w:t>(</w:t>
            </w:r>
            <w:proofErr w:type="spellStart"/>
            <w:r>
              <w:rPr>
                <w:b/>
                <w:color w:val="FFFFFF"/>
                <w:sz w:val="17"/>
              </w:rPr>
              <w:t>Fylls</w:t>
            </w:r>
            <w:proofErr w:type="spellEnd"/>
            <w:r>
              <w:rPr>
                <w:b/>
                <w:color w:val="FFFFFF"/>
                <w:sz w:val="17"/>
              </w:rPr>
              <w:t xml:space="preserve"> </w:t>
            </w:r>
            <w:proofErr w:type="spellStart"/>
            <w:r>
              <w:rPr>
                <w:b/>
                <w:color w:val="FFFFFF"/>
                <w:sz w:val="17"/>
              </w:rPr>
              <w:t>i</w:t>
            </w:r>
            <w:proofErr w:type="spellEnd"/>
            <w:r>
              <w:rPr>
                <w:b/>
                <w:color w:val="FFFFFF"/>
                <w:sz w:val="17"/>
              </w:rPr>
              <w:t xml:space="preserve"> av Carlsberg)</w:t>
            </w:r>
          </w:p>
        </w:tc>
      </w:tr>
      <w:tr w:rsidR="00B772D0" w14:paraId="441B18CC" w14:textId="77777777" w:rsidTr="00870F13">
        <w:trPr>
          <w:trHeight w:val="369"/>
          <w:jc w:val="center"/>
        </w:trPr>
        <w:tc>
          <w:tcPr>
            <w:tcW w:w="1701" w:type="dxa"/>
            <w:tcBorders>
              <w:top w:val="single" w:sz="5" w:space="0" w:color="B7C4BD"/>
              <w:left w:val="single" w:sz="5" w:space="0" w:color="B7C4BD"/>
              <w:bottom w:val="single" w:sz="5" w:space="0" w:color="B7C4BD"/>
              <w:right w:val="single" w:sz="5" w:space="0" w:color="B7C4BD"/>
            </w:tcBorders>
            <w:tcMar>
              <w:top w:w="65" w:type="dxa"/>
              <w:left w:w="100" w:type="dxa"/>
              <w:bottom w:w="65" w:type="dxa"/>
              <w:right w:w="100" w:type="dxa"/>
            </w:tcMar>
            <w:vAlign w:val="center"/>
          </w:tcPr>
          <w:p w14:paraId="7570210D" w14:textId="672F7EC4" w:rsidR="00B772D0" w:rsidRDefault="00B772D0">
            <w:pPr>
              <w:rPr>
                <w:rFonts w:hint="eastAsia"/>
              </w:rPr>
            </w:pPr>
            <w:r>
              <w:t>300040</w:t>
            </w:r>
          </w:p>
        </w:tc>
        <w:tc>
          <w:tcPr>
            <w:tcW w:w="4422" w:type="dxa"/>
            <w:tcBorders>
              <w:top w:val="single" w:sz="5" w:space="0" w:color="B7C4BD"/>
              <w:left w:val="single" w:sz="5" w:space="0" w:color="B7C4BD"/>
              <w:bottom w:val="single" w:sz="5" w:space="0" w:color="B7C4BD"/>
              <w:right w:val="single" w:sz="5" w:space="0" w:color="B7C4BD"/>
            </w:tcBorders>
            <w:tcMar>
              <w:top w:w="65" w:type="dxa"/>
              <w:left w:w="100" w:type="dxa"/>
              <w:bottom w:w="65" w:type="dxa"/>
              <w:right w:w="100" w:type="dxa"/>
            </w:tcMar>
            <w:vAlign w:val="center"/>
          </w:tcPr>
          <w:p w14:paraId="69B0E800" w14:textId="27AFD7C7" w:rsidR="00B772D0" w:rsidRDefault="00B772D0">
            <w:pPr>
              <w:rPr>
                <w:rFonts w:hint="eastAsia"/>
              </w:rPr>
            </w:pPr>
            <w:r w:rsidRPr="00B772D0">
              <w:rPr>
                <w:noProof/>
              </w:rPr>
              <w:drawing>
                <wp:anchor distT="0" distB="0" distL="114300" distR="114300" simplePos="0" relativeHeight="251678208" behindDoc="0" locked="0" layoutInCell="1" allowOverlap="1" wp14:anchorId="0DB6186F" wp14:editId="2ECEE419">
                  <wp:simplePos x="0" y="0"/>
                  <wp:positionH relativeFrom="column">
                    <wp:posOffset>1990725</wp:posOffset>
                  </wp:positionH>
                  <wp:positionV relativeFrom="paragraph">
                    <wp:posOffset>-4445</wp:posOffset>
                  </wp:positionV>
                  <wp:extent cx="470535" cy="252095"/>
                  <wp:effectExtent l="0" t="0" r="5715" b="0"/>
                  <wp:wrapNone/>
                  <wp:docPr id="262790675" name="Picture 1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262790675" name=""/>
                          <pic:cNvPicPr/>
                        </pic:nvPicPr>
                        <pic:blipFill>
                          <a:blip r:embed="rId7"/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470535" cy="252095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  <wp14:sizeRelH relativeFrom="margin">
                    <wp14:pctWidth>0</wp14:pctWidth>
                  </wp14:sizeRelH>
                  <wp14:sizeRelV relativeFrom="margin">
                    <wp14:pctHeight>0</wp14:pctHeight>
                  </wp14:sizeRelV>
                </wp:anchor>
              </w:drawing>
            </w:r>
            <w:r>
              <w:rPr>
                <w:color w:val="00321E"/>
                <w:sz w:val="18"/>
              </w:rPr>
              <w:t>EUR-Pall</w:t>
            </w:r>
            <w:r>
              <w:rPr>
                <w:noProof/>
              </w:rPr>
              <w:t xml:space="preserve"> </w:t>
            </w:r>
          </w:p>
        </w:tc>
        <w:tc>
          <w:tcPr>
            <w:tcW w:w="1134" w:type="dxa"/>
            <w:tcBorders>
              <w:top w:val="single" w:sz="5" w:space="0" w:color="B7C4BD"/>
              <w:left w:val="single" w:sz="5" w:space="0" w:color="B7C4BD"/>
              <w:bottom w:val="single" w:sz="5" w:space="0" w:color="B7C4BD"/>
              <w:right w:val="single" w:sz="5" w:space="0" w:color="B7C4BD"/>
            </w:tcBorders>
            <w:shd w:val="clear" w:color="auto" w:fill="EAF1DD" w:themeFill="accent3" w:themeFillTint="33"/>
            <w:tcMar>
              <w:top w:w="65" w:type="dxa"/>
              <w:left w:w="100" w:type="dxa"/>
              <w:bottom w:w="65" w:type="dxa"/>
              <w:right w:w="100" w:type="dxa"/>
            </w:tcMar>
            <w:vAlign w:val="center"/>
          </w:tcPr>
          <w:p w14:paraId="42C12E94" w14:textId="77777777" w:rsidR="00B772D0" w:rsidRDefault="00B772D0">
            <w:pPr>
              <w:jc w:val="center"/>
              <w:rPr>
                <w:rFonts w:hint="eastAsia"/>
              </w:rPr>
            </w:pPr>
          </w:p>
        </w:tc>
        <w:tc>
          <w:tcPr>
            <w:tcW w:w="1134" w:type="dxa"/>
            <w:tcBorders>
              <w:top w:val="single" w:sz="5" w:space="0" w:color="B7C4BD"/>
              <w:left w:val="single" w:sz="5" w:space="0" w:color="B7C4BD"/>
              <w:bottom w:val="single" w:sz="5" w:space="0" w:color="B7C4BD"/>
              <w:right w:val="single" w:sz="5" w:space="0" w:color="B7C4BD"/>
            </w:tcBorders>
            <w:tcMar>
              <w:top w:w="65" w:type="dxa"/>
              <w:left w:w="100" w:type="dxa"/>
              <w:bottom w:w="65" w:type="dxa"/>
              <w:right w:w="100" w:type="dxa"/>
            </w:tcMar>
            <w:vAlign w:val="center"/>
          </w:tcPr>
          <w:p w14:paraId="0824B0CC" w14:textId="2B75454A" w:rsidR="00B772D0" w:rsidRDefault="00B772D0">
            <w:pPr>
              <w:jc w:val="center"/>
              <w:rPr>
                <w:rFonts w:hint="eastAsia"/>
              </w:rPr>
            </w:pPr>
            <w:r>
              <w:rPr>
                <w:color w:val="00321E"/>
                <w:sz w:val="18"/>
              </w:rPr>
              <w:t>18</w:t>
            </w:r>
          </w:p>
        </w:tc>
        <w:tc>
          <w:tcPr>
            <w:tcW w:w="1304" w:type="dxa"/>
            <w:tcBorders>
              <w:top w:val="single" w:sz="5" w:space="0" w:color="B7C4BD"/>
              <w:left w:val="single" w:sz="5" w:space="0" w:color="B7C4BD"/>
              <w:bottom w:val="single" w:sz="5" w:space="0" w:color="B7C4BD"/>
              <w:right w:val="single" w:sz="5" w:space="0" w:color="B7C4BD"/>
            </w:tcBorders>
            <w:shd w:val="clear" w:color="auto" w:fill="EAF1DD" w:themeFill="accent3" w:themeFillTint="33"/>
            <w:tcMar>
              <w:top w:w="65" w:type="dxa"/>
              <w:left w:w="100" w:type="dxa"/>
              <w:bottom w:w="65" w:type="dxa"/>
              <w:right w:w="100" w:type="dxa"/>
            </w:tcMar>
            <w:vAlign w:val="center"/>
          </w:tcPr>
          <w:p w14:paraId="029F2B19" w14:textId="77777777" w:rsidR="00B772D0" w:rsidRDefault="00B772D0">
            <w:pPr>
              <w:jc w:val="center"/>
              <w:rPr>
                <w:rFonts w:hint="eastAsia"/>
              </w:rPr>
            </w:pPr>
          </w:p>
        </w:tc>
        <w:tc>
          <w:tcPr>
            <w:tcW w:w="2381" w:type="dxa"/>
            <w:tcBorders>
              <w:top w:val="single" w:sz="5" w:space="0" w:color="B7C4BD"/>
              <w:left w:val="single" w:sz="5" w:space="0" w:color="B7C4BD"/>
              <w:bottom w:val="single" w:sz="5" w:space="0" w:color="B7C4BD"/>
              <w:right w:val="single" w:sz="4" w:space="0" w:color="auto"/>
            </w:tcBorders>
            <w:tcMar>
              <w:top w:w="65" w:type="dxa"/>
              <w:left w:w="100" w:type="dxa"/>
              <w:bottom w:w="65" w:type="dxa"/>
              <w:right w:w="100" w:type="dxa"/>
            </w:tcMar>
            <w:vAlign w:val="center"/>
          </w:tcPr>
          <w:p w14:paraId="2F451F45" w14:textId="77777777" w:rsidR="00B772D0" w:rsidRDefault="00B772D0">
            <w:pPr>
              <w:rPr>
                <w:rFonts w:hint="eastAsia"/>
              </w:rPr>
            </w:pPr>
          </w:p>
        </w:tc>
        <w:tc>
          <w:tcPr>
            <w:tcW w:w="215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BFBFBF" w:themeFill="background1" w:themeFillShade="BF"/>
            <w:tcMar>
              <w:top w:w="65" w:type="dxa"/>
              <w:left w:w="100" w:type="dxa"/>
              <w:bottom w:w="65" w:type="dxa"/>
              <w:right w:w="100" w:type="dxa"/>
            </w:tcMar>
            <w:vAlign w:val="center"/>
          </w:tcPr>
          <w:p w14:paraId="2A0CB226" w14:textId="77777777" w:rsidR="00B772D0" w:rsidRDefault="00B772D0">
            <w:pPr>
              <w:jc w:val="center"/>
              <w:rPr>
                <w:rFonts w:hint="eastAsia"/>
              </w:rPr>
            </w:pPr>
          </w:p>
        </w:tc>
      </w:tr>
      <w:tr w:rsidR="00B772D0" w14:paraId="7089FB35" w14:textId="77777777" w:rsidTr="00870F13">
        <w:trPr>
          <w:trHeight w:val="369"/>
          <w:jc w:val="center"/>
        </w:trPr>
        <w:tc>
          <w:tcPr>
            <w:tcW w:w="1701" w:type="dxa"/>
            <w:tcBorders>
              <w:top w:val="single" w:sz="5" w:space="0" w:color="B7C4BD"/>
              <w:left w:val="single" w:sz="5" w:space="0" w:color="B7C4BD"/>
              <w:bottom w:val="single" w:sz="5" w:space="0" w:color="B7C4BD"/>
              <w:right w:val="single" w:sz="5" w:space="0" w:color="B7C4BD"/>
            </w:tcBorders>
            <w:tcMar>
              <w:top w:w="65" w:type="dxa"/>
              <w:left w:w="100" w:type="dxa"/>
              <w:bottom w:w="65" w:type="dxa"/>
              <w:right w:w="100" w:type="dxa"/>
            </w:tcMar>
            <w:vAlign w:val="center"/>
          </w:tcPr>
          <w:p w14:paraId="5E931E67" w14:textId="3C68C618" w:rsidR="00B772D0" w:rsidRDefault="00B772D0">
            <w:pPr>
              <w:rPr>
                <w:rFonts w:hint="eastAsia"/>
              </w:rPr>
            </w:pPr>
            <w:r>
              <w:rPr>
                <w:color w:val="00321E"/>
                <w:sz w:val="18"/>
              </w:rPr>
              <w:t>329485</w:t>
            </w:r>
          </w:p>
        </w:tc>
        <w:tc>
          <w:tcPr>
            <w:tcW w:w="4422" w:type="dxa"/>
            <w:tcBorders>
              <w:top w:val="single" w:sz="5" w:space="0" w:color="B7C4BD"/>
              <w:left w:val="single" w:sz="5" w:space="0" w:color="B7C4BD"/>
              <w:bottom w:val="single" w:sz="5" w:space="0" w:color="B7C4BD"/>
              <w:right w:val="single" w:sz="5" w:space="0" w:color="B7C4BD"/>
            </w:tcBorders>
            <w:tcMar>
              <w:top w:w="65" w:type="dxa"/>
              <w:left w:w="100" w:type="dxa"/>
              <w:bottom w:w="65" w:type="dxa"/>
              <w:right w:w="100" w:type="dxa"/>
            </w:tcMar>
            <w:vAlign w:val="center"/>
          </w:tcPr>
          <w:p w14:paraId="74D077C7" w14:textId="4854BCA2" w:rsidR="00B772D0" w:rsidRDefault="00B772D0">
            <w:pPr>
              <w:rPr>
                <w:noProof/>
              </w:rPr>
            </w:pPr>
            <w:r w:rsidRPr="00B772D0">
              <w:rPr>
                <w:color w:val="00321E"/>
                <w:sz w:val="18"/>
                <w:lang w:val="sv-SE"/>
              </w:rPr>
              <w:drawing>
                <wp:anchor distT="0" distB="0" distL="114300" distR="114300" simplePos="0" relativeHeight="251683328" behindDoc="0" locked="0" layoutInCell="1" allowOverlap="1" wp14:anchorId="7927BD82" wp14:editId="1AC290EE">
                  <wp:simplePos x="0" y="0"/>
                  <wp:positionH relativeFrom="column">
                    <wp:posOffset>2018665</wp:posOffset>
                  </wp:positionH>
                  <wp:positionV relativeFrom="paragraph">
                    <wp:posOffset>7620</wp:posOffset>
                  </wp:positionV>
                  <wp:extent cx="457200" cy="327660"/>
                  <wp:effectExtent l="0" t="0" r="0" b="0"/>
                  <wp:wrapNone/>
                  <wp:docPr id="1998319590" name="Picture 1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1998319590" name=""/>
                          <pic:cNvPicPr/>
                        </pic:nvPicPr>
                        <pic:blipFill>
                          <a:blip r:embed="rId8"/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457200" cy="327660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  <wp14:sizeRelH relativeFrom="margin">
                    <wp14:pctWidth>0</wp14:pctWidth>
                  </wp14:sizeRelH>
                  <wp14:sizeRelV relativeFrom="margin">
                    <wp14:pctHeight>0</wp14:pctHeight>
                  </wp14:sizeRelV>
                </wp:anchor>
              </w:drawing>
            </w:r>
            <w:proofErr w:type="spellStart"/>
            <w:r w:rsidRPr="00B517EF">
              <w:rPr>
                <w:color w:val="00321E"/>
                <w:sz w:val="18"/>
                <w:lang w:val="sv-SE"/>
              </w:rPr>
              <w:t>Rödback</w:t>
            </w:r>
            <w:proofErr w:type="spellEnd"/>
            <w:r w:rsidRPr="00B517EF">
              <w:rPr>
                <w:color w:val="00321E"/>
                <w:sz w:val="18"/>
                <w:lang w:val="sv-SE"/>
              </w:rPr>
              <w:t xml:space="preserve"> med glas (20×33 cl)</w:t>
            </w:r>
            <w:r>
              <w:rPr>
                <w:noProof/>
              </w:rPr>
              <w:t xml:space="preserve"> </w:t>
            </w:r>
          </w:p>
          <w:p w14:paraId="4D023C85" w14:textId="507B07FE" w:rsidR="00B772D0" w:rsidRPr="00B517EF" w:rsidRDefault="00B772D0">
            <w:pPr>
              <w:rPr>
                <w:rFonts w:hint="eastAsia"/>
                <w:lang w:val="sv-SE"/>
              </w:rPr>
            </w:pPr>
          </w:p>
        </w:tc>
        <w:tc>
          <w:tcPr>
            <w:tcW w:w="1134" w:type="dxa"/>
            <w:tcBorders>
              <w:top w:val="single" w:sz="5" w:space="0" w:color="B7C4BD"/>
              <w:left w:val="single" w:sz="5" w:space="0" w:color="B7C4BD"/>
              <w:bottom w:val="single" w:sz="5" w:space="0" w:color="B7C4BD"/>
              <w:right w:val="single" w:sz="5" w:space="0" w:color="B7C4BD"/>
            </w:tcBorders>
            <w:shd w:val="clear" w:color="auto" w:fill="EAF1DD" w:themeFill="accent3" w:themeFillTint="33"/>
            <w:tcMar>
              <w:top w:w="65" w:type="dxa"/>
              <w:left w:w="100" w:type="dxa"/>
              <w:bottom w:w="65" w:type="dxa"/>
              <w:right w:w="100" w:type="dxa"/>
            </w:tcMar>
            <w:vAlign w:val="center"/>
          </w:tcPr>
          <w:p w14:paraId="69D891C1" w14:textId="77777777" w:rsidR="00B772D0" w:rsidRPr="00B517EF" w:rsidRDefault="00B772D0">
            <w:pPr>
              <w:jc w:val="center"/>
              <w:rPr>
                <w:rFonts w:hint="eastAsia"/>
                <w:lang w:val="sv-SE"/>
              </w:rPr>
            </w:pPr>
          </w:p>
        </w:tc>
        <w:tc>
          <w:tcPr>
            <w:tcW w:w="1134" w:type="dxa"/>
            <w:tcBorders>
              <w:top w:val="single" w:sz="5" w:space="0" w:color="B7C4BD"/>
              <w:left w:val="single" w:sz="5" w:space="0" w:color="B7C4BD"/>
              <w:bottom w:val="single" w:sz="5" w:space="0" w:color="B7C4BD"/>
              <w:right w:val="single" w:sz="5" w:space="0" w:color="B7C4BD"/>
            </w:tcBorders>
            <w:tcMar>
              <w:top w:w="65" w:type="dxa"/>
              <w:left w:w="100" w:type="dxa"/>
              <w:bottom w:w="65" w:type="dxa"/>
              <w:right w:w="100" w:type="dxa"/>
            </w:tcMar>
            <w:vAlign w:val="center"/>
          </w:tcPr>
          <w:p w14:paraId="345C9858" w14:textId="77777777" w:rsidR="00B772D0" w:rsidRDefault="00B772D0">
            <w:pPr>
              <w:jc w:val="center"/>
              <w:rPr>
                <w:rFonts w:hint="eastAsia"/>
              </w:rPr>
            </w:pPr>
            <w:r>
              <w:rPr>
                <w:color w:val="00321E"/>
                <w:sz w:val="18"/>
              </w:rPr>
              <w:t>45</w:t>
            </w:r>
          </w:p>
        </w:tc>
        <w:tc>
          <w:tcPr>
            <w:tcW w:w="1304" w:type="dxa"/>
            <w:tcBorders>
              <w:top w:val="single" w:sz="5" w:space="0" w:color="B7C4BD"/>
              <w:left w:val="single" w:sz="5" w:space="0" w:color="B7C4BD"/>
              <w:bottom w:val="single" w:sz="5" w:space="0" w:color="B7C4BD"/>
              <w:right w:val="single" w:sz="5" w:space="0" w:color="B7C4BD"/>
            </w:tcBorders>
            <w:shd w:val="clear" w:color="auto" w:fill="EAF1DD" w:themeFill="accent3" w:themeFillTint="33"/>
            <w:tcMar>
              <w:top w:w="65" w:type="dxa"/>
              <w:left w:w="100" w:type="dxa"/>
              <w:bottom w:w="65" w:type="dxa"/>
              <w:right w:w="100" w:type="dxa"/>
            </w:tcMar>
            <w:vAlign w:val="center"/>
          </w:tcPr>
          <w:p w14:paraId="5F4D2BC7" w14:textId="77777777" w:rsidR="00B772D0" w:rsidRDefault="00B772D0">
            <w:pPr>
              <w:jc w:val="center"/>
              <w:rPr>
                <w:rFonts w:hint="eastAsia"/>
              </w:rPr>
            </w:pPr>
          </w:p>
        </w:tc>
        <w:tc>
          <w:tcPr>
            <w:tcW w:w="2381" w:type="dxa"/>
            <w:tcBorders>
              <w:top w:val="single" w:sz="5" w:space="0" w:color="B7C4BD"/>
              <w:left w:val="single" w:sz="5" w:space="0" w:color="B7C4BD"/>
              <w:bottom w:val="single" w:sz="5" w:space="0" w:color="B7C4BD"/>
              <w:right w:val="single" w:sz="4" w:space="0" w:color="auto"/>
            </w:tcBorders>
            <w:tcMar>
              <w:top w:w="65" w:type="dxa"/>
              <w:left w:w="100" w:type="dxa"/>
              <w:bottom w:w="65" w:type="dxa"/>
              <w:right w:w="100" w:type="dxa"/>
            </w:tcMar>
            <w:vAlign w:val="center"/>
          </w:tcPr>
          <w:p w14:paraId="2E9559E5" w14:textId="77777777" w:rsidR="00B772D0" w:rsidRDefault="00B772D0">
            <w:pPr>
              <w:rPr>
                <w:rFonts w:hint="eastAsia"/>
              </w:rPr>
            </w:pPr>
          </w:p>
        </w:tc>
        <w:tc>
          <w:tcPr>
            <w:tcW w:w="215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BFBFBF" w:themeFill="background1" w:themeFillShade="BF"/>
            <w:tcMar>
              <w:top w:w="65" w:type="dxa"/>
              <w:left w:w="100" w:type="dxa"/>
              <w:bottom w:w="65" w:type="dxa"/>
              <w:right w:w="100" w:type="dxa"/>
            </w:tcMar>
            <w:vAlign w:val="center"/>
          </w:tcPr>
          <w:p w14:paraId="36122108" w14:textId="77777777" w:rsidR="00B772D0" w:rsidRDefault="00B772D0">
            <w:pPr>
              <w:jc w:val="center"/>
              <w:rPr>
                <w:rFonts w:hint="eastAsia"/>
              </w:rPr>
            </w:pPr>
          </w:p>
        </w:tc>
      </w:tr>
      <w:tr w:rsidR="00B772D0" w14:paraId="27474ADD" w14:textId="77777777" w:rsidTr="00870F13">
        <w:trPr>
          <w:trHeight w:val="369"/>
          <w:jc w:val="center"/>
        </w:trPr>
        <w:tc>
          <w:tcPr>
            <w:tcW w:w="1701" w:type="dxa"/>
            <w:tcBorders>
              <w:top w:val="single" w:sz="5" w:space="0" w:color="B7C4BD"/>
              <w:left w:val="single" w:sz="5" w:space="0" w:color="B7C4BD"/>
              <w:bottom w:val="single" w:sz="5" w:space="0" w:color="B7C4BD"/>
              <w:right w:val="single" w:sz="5" w:space="0" w:color="B7C4BD"/>
            </w:tcBorders>
            <w:tcMar>
              <w:top w:w="65" w:type="dxa"/>
              <w:left w:w="100" w:type="dxa"/>
              <w:bottom w:w="65" w:type="dxa"/>
              <w:right w:w="100" w:type="dxa"/>
            </w:tcMar>
            <w:vAlign w:val="center"/>
          </w:tcPr>
          <w:p w14:paraId="78770F25" w14:textId="14075741" w:rsidR="00B772D0" w:rsidRDefault="00B772D0">
            <w:pPr>
              <w:rPr>
                <w:rFonts w:hint="eastAsia"/>
              </w:rPr>
            </w:pPr>
            <w:r>
              <w:rPr>
                <w:color w:val="00321E"/>
                <w:sz w:val="18"/>
              </w:rPr>
              <w:t>328880</w:t>
            </w:r>
          </w:p>
        </w:tc>
        <w:tc>
          <w:tcPr>
            <w:tcW w:w="4422" w:type="dxa"/>
            <w:tcBorders>
              <w:top w:val="single" w:sz="5" w:space="0" w:color="B7C4BD"/>
              <w:left w:val="single" w:sz="5" w:space="0" w:color="B7C4BD"/>
              <w:bottom w:val="single" w:sz="5" w:space="0" w:color="B7C4BD"/>
              <w:right w:val="single" w:sz="5" w:space="0" w:color="B7C4BD"/>
            </w:tcBorders>
            <w:tcMar>
              <w:top w:w="65" w:type="dxa"/>
              <w:left w:w="100" w:type="dxa"/>
              <w:bottom w:w="65" w:type="dxa"/>
              <w:right w:w="100" w:type="dxa"/>
            </w:tcMar>
            <w:vAlign w:val="center"/>
          </w:tcPr>
          <w:p w14:paraId="0A8CF80E" w14:textId="1C3B5E63" w:rsidR="00B772D0" w:rsidRDefault="00B772D0">
            <w:pPr>
              <w:rPr>
                <w:rFonts w:hint="eastAsia"/>
              </w:rPr>
            </w:pPr>
            <w:r w:rsidRPr="00B772D0">
              <w:rPr>
                <w:color w:val="00321E"/>
                <w:sz w:val="18"/>
                <w:lang w:val="sv-SE"/>
              </w:rPr>
              <w:drawing>
                <wp:anchor distT="0" distB="0" distL="114300" distR="114300" simplePos="0" relativeHeight="251692544" behindDoc="0" locked="0" layoutInCell="1" allowOverlap="1" wp14:anchorId="514B6C3E" wp14:editId="2DFB36C1">
                  <wp:simplePos x="0" y="0"/>
                  <wp:positionH relativeFrom="column">
                    <wp:posOffset>2040255</wp:posOffset>
                  </wp:positionH>
                  <wp:positionV relativeFrom="paragraph">
                    <wp:posOffset>-38100</wp:posOffset>
                  </wp:positionV>
                  <wp:extent cx="439420" cy="317500"/>
                  <wp:effectExtent l="0" t="0" r="0" b="6350"/>
                  <wp:wrapNone/>
                  <wp:docPr id="152848673" name="Picture 1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152848673" name=""/>
                          <pic:cNvPicPr/>
                        </pic:nvPicPr>
                        <pic:blipFill>
                          <a:blip r:embed="rId9"/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439420" cy="317500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  <wp14:sizeRelH relativeFrom="margin">
                    <wp14:pctWidth>0</wp14:pctWidth>
                  </wp14:sizeRelH>
                  <wp14:sizeRelV relativeFrom="margin">
                    <wp14:pctHeight>0</wp14:pctHeight>
                  </wp14:sizeRelV>
                </wp:anchor>
              </w:drawing>
            </w:r>
            <w:proofErr w:type="spellStart"/>
            <w:r>
              <w:rPr>
                <w:color w:val="00321E"/>
                <w:sz w:val="18"/>
              </w:rPr>
              <w:t>Rödback</w:t>
            </w:r>
            <w:proofErr w:type="spellEnd"/>
            <w:r>
              <w:rPr>
                <w:color w:val="00321E"/>
                <w:sz w:val="18"/>
              </w:rPr>
              <w:t xml:space="preserve"> tom </w:t>
            </w:r>
            <w:r w:rsidRPr="00B517EF">
              <w:rPr>
                <w:color w:val="00321E"/>
                <w:sz w:val="18"/>
                <w:lang w:val="sv-SE"/>
              </w:rPr>
              <w:t>(20×33 cl)</w:t>
            </w:r>
          </w:p>
        </w:tc>
        <w:tc>
          <w:tcPr>
            <w:tcW w:w="1134" w:type="dxa"/>
            <w:tcBorders>
              <w:top w:val="single" w:sz="5" w:space="0" w:color="B7C4BD"/>
              <w:left w:val="single" w:sz="5" w:space="0" w:color="B7C4BD"/>
              <w:bottom w:val="single" w:sz="5" w:space="0" w:color="B7C4BD"/>
              <w:right w:val="single" w:sz="5" w:space="0" w:color="B7C4BD"/>
            </w:tcBorders>
            <w:shd w:val="clear" w:color="auto" w:fill="EAF1DD" w:themeFill="accent3" w:themeFillTint="33"/>
            <w:tcMar>
              <w:top w:w="65" w:type="dxa"/>
              <w:left w:w="100" w:type="dxa"/>
              <w:bottom w:w="65" w:type="dxa"/>
              <w:right w:w="100" w:type="dxa"/>
            </w:tcMar>
            <w:vAlign w:val="center"/>
          </w:tcPr>
          <w:p w14:paraId="5D14DD11" w14:textId="77777777" w:rsidR="00B772D0" w:rsidRDefault="00B772D0">
            <w:pPr>
              <w:jc w:val="center"/>
              <w:rPr>
                <w:rFonts w:hint="eastAsia"/>
              </w:rPr>
            </w:pPr>
          </w:p>
        </w:tc>
        <w:tc>
          <w:tcPr>
            <w:tcW w:w="1134" w:type="dxa"/>
            <w:tcBorders>
              <w:top w:val="single" w:sz="5" w:space="0" w:color="B7C4BD"/>
              <w:left w:val="single" w:sz="5" w:space="0" w:color="B7C4BD"/>
              <w:bottom w:val="single" w:sz="5" w:space="0" w:color="B7C4BD"/>
              <w:right w:val="single" w:sz="5" w:space="0" w:color="B7C4BD"/>
            </w:tcBorders>
            <w:tcMar>
              <w:top w:w="65" w:type="dxa"/>
              <w:left w:w="100" w:type="dxa"/>
              <w:bottom w:w="65" w:type="dxa"/>
              <w:right w:w="100" w:type="dxa"/>
            </w:tcMar>
            <w:vAlign w:val="center"/>
          </w:tcPr>
          <w:p w14:paraId="0471C6EC" w14:textId="77777777" w:rsidR="00B772D0" w:rsidRDefault="00B772D0">
            <w:pPr>
              <w:jc w:val="center"/>
              <w:rPr>
                <w:rFonts w:hint="eastAsia"/>
              </w:rPr>
            </w:pPr>
            <w:r>
              <w:rPr>
                <w:color w:val="00321E"/>
                <w:sz w:val="18"/>
              </w:rPr>
              <w:t>45</w:t>
            </w:r>
          </w:p>
        </w:tc>
        <w:tc>
          <w:tcPr>
            <w:tcW w:w="1304" w:type="dxa"/>
            <w:tcBorders>
              <w:top w:val="single" w:sz="5" w:space="0" w:color="B7C4BD"/>
              <w:left w:val="single" w:sz="5" w:space="0" w:color="B7C4BD"/>
              <w:bottom w:val="single" w:sz="5" w:space="0" w:color="B7C4BD"/>
              <w:right w:val="single" w:sz="5" w:space="0" w:color="B7C4BD"/>
            </w:tcBorders>
            <w:shd w:val="clear" w:color="auto" w:fill="EAF1DD" w:themeFill="accent3" w:themeFillTint="33"/>
            <w:tcMar>
              <w:top w:w="65" w:type="dxa"/>
              <w:left w:w="100" w:type="dxa"/>
              <w:bottom w:w="65" w:type="dxa"/>
              <w:right w:w="100" w:type="dxa"/>
            </w:tcMar>
            <w:vAlign w:val="center"/>
          </w:tcPr>
          <w:p w14:paraId="1BE8F4DF" w14:textId="77777777" w:rsidR="00B772D0" w:rsidRDefault="00B772D0">
            <w:pPr>
              <w:jc w:val="center"/>
              <w:rPr>
                <w:rFonts w:hint="eastAsia"/>
              </w:rPr>
            </w:pPr>
          </w:p>
        </w:tc>
        <w:tc>
          <w:tcPr>
            <w:tcW w:w="2381" w:type="dxa"/>
            <w:tcBorders>
              <w:top w:val="single" w:sz="5" w:space="0" w:color="B7C4BD"/>
              <w:left w:val="single" w:sz="5" w:space="0" w:color="B7C4BD"/>
              <w:bottom w:val="single" w:sz="5" w:space="0" w:color="B7C4BD"/>
              <w:right w:val="single" w:sz="4" w:space="0" w:color="auto"/>
            </w:tcBorders>
            <w:tcMar>
              <w:top w:w="65" w:type="dxa"/>
              <w:left w:w="100" w:type="dxa"/>
              <w:bottom w:w="65" w:type="dxa"/>
              <w:right w:w="100" w:type="dxa"/>
            </w:tcMar>
            <w:vAlign w:val="center"/>
          </w:tcPr>
          <w:p w14:paraId="5306DE23" w14:textId="77777777" w:rsidR="00B772D0" w:rsidRDefault="00B772D0">
            <w:pPr>
              <w:rPr>
                <w:rFonts w:hint="eastAsia"/>
              </w:rPr>
            </w:pPr>
          </w:p>
        </w:tc>
        <w:tc>
          <w:tcPr>
            <w:tcW w:w="215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BFBFBF" w:themeFill="background1" w:themeFillShade="BF"/>
            <w:tcMar>
              <w:top w:w="65" w:type="dxa"/>
              <w:left w:w="100" w:type="dxa"/>
              <w:bottom w:w="65" w:type="dxa"/>
              <w:right w:w="100" w:type="dxa"/>
            </w:tcMar>
            <w:vAlign w:val="center"/>
          </w:tcPr>
          <w:p w14:paraId="037B2BAD" w14:textId="77777777" w:rsidR="00B772D0" w:rsidRDefault="00B772D0">
            <w:pPr>
              <w:jc w:val="center"/>
              <w:rPr>
                <w:rFonts w:hint="eastAsia"/>
              </w:rPr>
            </w:pPr>
          </w:p>
        </w:tc>
      </w:tr>
      <w:tr w:rsidR="00B772D0" w14:paraId="26C3EED4" w14:textId="77777777" w:rsidTr="00870F13">
        <w:trPr>
          <w:trHeight w:val="369"/>
          <w:jc w:val="center"/>
        </w:trPr>
        <w:tc>
          <w:tcPr>
            <w:tcW w:w="1701" w:type="dxa"/>
            <w:tcBorders>
              <w:top w:val="single" w:sz="5" w:space="0" w:color="B7C4BD"/>
              <w:left w:val="single" w:sz="5" w:space="0" w:color="B7C4BD"/>
              <w:bottom w:val="single" w:sz="5" w:space="0" w:color="B7C4BD"/>
              <w:right w:val="single" w:sz="5" w:space="0" w:color="B7C4BD"/>
            </w:tcBorders>
            <w:tcMar>
              <w:top w:w="65" w:type="dxa"/>
              <w:left w:w="100" w:type="dxa"/>
              <w:bottom w:w="65" w:type="dxa"/>
              <w:right w:w="100" w:type="dxa"/>
            </w:tcMar>
            <w:vAlign w:val="center"/>
          </w:tcPr>
          <w:p w14:paraId="2F412944" w14:textId="101E0E6B" w:rsidR="00B772D0" w:rsidRDefault="00B772D0">
            <w:pPr>
              <w:rPr>
                <w:color w:val="00321E"/>
                <w:sz w:val="18"/>
              </w:rPr>
            </w:pPr>
            <w:r>
              <w:rPr>
                <w:color w:val="00321E"/>
                <w:sz w:val="18"/>
              </w:rPr>
              <w:t>329486</w:t>
            </w:r>
          </w:p>
        </w:tc>
        <w:tc>
          <w:tcPr>
            <w:tcW w:w="4422" w:type="dxa"/>
            <w:tcBorders>
              <w:top w:val="single" w:sz="5" w:space="0" w:color="B7C4BD"/>
              <w:left w:val="single" w:sz="5" w:space="0" w:color="B7C4BD"/>
              <w:bottom w:val="single" w:sz="5" w:space="0" w:color="B7C4BD"/>
              <w:right w:val="single" w:sz="5" w:space="0" w:color="B7C4BD"/>
            </w:tcBorders>
            <w:tcMar>
              <w:top w:w="65" w:type="dxa"/>
              <w:left w:w="100" w:type="dxa"/>
              <w:bottom w:w="65" w:type="dxa"/>
              <w:right w:w="100" w:type="dxa"/>
            </w:tcMar>
            <w:vAlign w:val="center"/>
          </w:tcPr>
          <w:p w14:paraId="71D8D218" w14:textId="2320D066" w:rsidR="00B772D0" w:rsidRDefault="00B772D0">
            <w:pPr>
              <w:rPr>
                <w:color w:val="00321E"/>
                <w:sz w:val="18"/>
              </w:rPr>
            </w:pPr>
            <w:r w:rsidRPr="005B4C19">
              <w:rPr>
                <w:color w:val="00321E"/>
                <w:sz w:val="18"/>
              </w:rPr>
              <w:drawing>
                <wp:anchor distT="0" distB="0" distL="114300" distR="114300" simplePos="0" relativeHeight="251664896" behindDoc="0" locked="0" layoutInCell="1" allowOverlap="1" wp14:anchorId="1D72E58E" wp14:editId="1E6AFC84">
                  <wp:simplePos x="0" y="0"/>
                  <wp:positionH relativeFrom="column">
                    <wp:posOffset>2061845</wp:posOffset>
                  </wp:positionH>
                  <wp:positionV relativeFrom="paragraph">
                    <wp:posOffset>-29210</wp:posOffset>
                  </wp:positionV>
                  <wp:extent cx="429895" cy="298450"/>
                  <wp:effectExtent l="0" t="0" r="8255" b="6350"/>
                  <wp:wrapNone/>
                  <wp:docPr id="477630703" name="Picture 1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477630703" name=""/>
                          <pic:cNvPicPr/>
                        </pic:nvPicPr>
                        <pic:blipFill>
                          <a:blip r:embed="rId10"/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429895" cy="298450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  <wp14:sizeRelH relativeFrom="margin">
                    <wp14:pctWidth>0</wp14:pctWidth>
                  </wp14:sizeRelH>
                  <wp14:sizeRelV relativeFrom="margin">
                    <wp14:pctHeight>0</wp14:pctHeight>
                  </wp14:sizeRelV>
                </wp:anchor>
              </w:drawing>
            </w:r>
            <w:proofErr w:type="spellStart"/>
            <w:r w:rsidRPr="00B517EF">
              <w:rPr>
                <w:color w:val="00321E"/>
                <w:sz w:val="18"/>
                <w:lang w:val="sv-SE"/>
              </w:rPr>
              <w:t>Blåback</w:t>
            </w:r>
            <w:proofErr w:type="spellEnd"/>
            <w:r w:rsidRPr="00B517EF">
              <w:rPr>
                <w:color w:val="00321E"/>
                <w:sz w:val="18"/>
                <w:lang w:val="sv-SE"/>
              </w:rPr>
              <w:t xml:space="preserve"> med glas (15×50 cl)</w:t>
            </w:r>
          </w:p>
        </w:tc>
        <w:tc>
          <w:tcPr>
            <w:tcW w:w="1134" w:type="dxa"/>
            <w:tcBorders>
              <w:top w:val="single" w:sz="5" w:space="0" w:color="B7C4BD"/>
              <w:left w:val="single" w:sz="5" w:space="0" w:color="B7C4BD"/>
              <w:bottom w:val="single" w:sz="5" w:space="0" w:color="B7C4BD"/>
              <w:right w:val="single" w:sz="5" w:space="0" w:color="B7C4BD"/>
            </w:tcBorders>
            <w:shd w:val="clear" w:color="auto" w:fill="EAF1DD" w:themeFill="accent3" w:themeFillTint="33"/>
            <w:tcMar>
              <w:top w:w="65" w:type="dxa"/>
              <w:left w:w="100" w:type="dxa"/>
              <w:bottom w:w="65" w:type="dxa"/>
              <w:right w:w="100" w:type="dxa"/>
            </w:tcMar>
            <w:vAlign w:val="center"/>
          </w:tcPr>
          <w:p w14:paraId="2600CBFF" w14:textId="77777777" w:rsidR="00B772D0" w:rsidRDefault="00B772D0">
            <w:pPr>
              <w:jc w:val="center"/>
              <w:rPr>
                <w:rFonts w:hint="eastAsia"/>
              </w:rPr>
            </w:pPr>
          </w:p>
        </w:tc>
        <w:tc>
          <w:tcPr>
            <w:tcW w:w="1134" w:type="dxa"/>
            <w:tcBorders>
              <w:top w:val="single" w:sz="5" w:space="0" w:color="B7C4BD"/>
              <w:left w:val="single" w:sz="5" w:space="0" w:color="B7C4BD"/>
              <w:bottom w:val="single" w:sz="5" w:space="0" w:color="B7C4BD"/>
              <w:right w:val="single" w:sz="5" w:space="0" w:color="B7C4BD"/>
            </w:tcBorders>
            <w:tcMar>
              <w:top w:w="65" w:type="dxa"/>
              <w:left w:w="100" w:type="dxa"/>
              <w:bottom w:w="65" w:type="dxa"/>
              <w:right w:w="100" w:type="dxa"/>
            </w:tcMar>
            <w:vAlign w:val="center"/>
          </w:tcPr>
          <w:p w14:paraId="079EB10F" w14:textId="3955965E" w:rsidR="00B772D0" w:rsidRDefault="00B772D0">
            <w:pPr>
              <w:jc w:val="center"/>
              <w:rPr>
                <w:color w:val="00321E"/>
                <w:sz w:val="18"/>
              </w:rPr>
            </w:pPr>
            <w:r>
              <w:rPr>
                <w:color w:val="00321E"/>
                <w:sz w:val="18"/>
              </w:rPr>
              <w:t>45</w:t>
            </w:r>
          </w:p>
        </w:tc>
        <w:tc>
          <w:tcPr>
            <w:tcW w:w="1304" w:type="dxa"/>
            <w:tcBorders>
              <w:top w:val="single" w:sz="5" w:space="0" w:color="B7C4BD"/>
              <w:left w:val="single" w:sz="5" w:space="0" w:color="B7C4BD"/>
              <w:bottom w:val="single" w:sz="5" w:space="0" w:color="B7C4BD"/>
              <w:right w:val="single" w:sz="5" w:space="0" w:color="B7C4BD"/>
            </w:tcBorders>
            <w:shd w:val="clear" w:color="auto" w:fill="EAF1DD" w:themeFill="accent3" w:themeFillTint="33"/>
            <w:tcMar>
              <w:top w:w="65" w:type="dxa"/>
              <w:left w:w="100" w:type="dxa"/>
              <w:bottom w:w="65" w:type="dxa"/>
              <w:right w:w="100" w:type="dxa"/>
            </w:tcMar>
            <w:vAlign w:val="center"/>
          </w:tcPr>
          <w:p w14:paraId="6DFB417F" w14:textId="77777777" w:rsidR="00B772D0" w:rsidRDefault="00B772D0">
            <w:pPr>
              <w:jc w:val="center"/>
              <w:rPr>
                <w:rFonts w:hint="eastAsia"/>
              </w:rPr>
            </w:pPr>
          </w:p>
        </w:tc>
        <w:tc>
          <w:tcPr>
            <w:tcW w:w="2381" w:type="dxa"/>
            <w:tcBorders>
              <w:top w:val="single" w:sz="5" w:space="0" w:color="B7C4BD"/>
              <w:left w:val="single" w:sz="5" w:space="0" w:color="B7C4BD"/>
              <w:bottom w:val="single" w:sz="5" w:space="0" w:color="B7C4BD"/>
              <w:right w:val="single" w:sz="4" w:space="0" w:color="auto"/>
            </w:tcBorders>
            <w:tcMar>
              <w:top w:w="65" w:type="dxa"/>
              <w:left w:w="100" w:type="dxa"/>
              <w:bottom w:w="65" w:type="dxa"/>
              <w:right w:w="100" w:type="dxa"/>
            </w:tcMar>
            <w:vAlign w:val="center"/>
          </w:tcPr>
          <w:p w14:paraId="5B0C960D" w14:textId="77777777" w:rsidR="00B772D0" w:rsidRDefault="00B772D0">
            <w:pPr>
              <w:rPr>
                <w:rFonts w:hint="eastAsia"/>
              </w:rPr>
            </w:pPr>
          </w:p>
        </w:tc>
        <w:tc>
          <w:tcPr>
            <w:tcW w:w="215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BFBFBF" w:themeFill="background1" w:themeFillShade="BF"/>
            <w:tcMar>
              <w:top w:w="65" w:type="dxa"/>
              <w:left w:w="100" w:type="dxa"/>
              <w:bottom w:w="65" w:type="dxa"/>
              <w:right w:w="100" w:type="dxa"/>
            </w:tcMar>
            <w:vAlign w:val="center"/>
          </w:tcPr>
          <w:p w14:paraId="57A3175B" w14:textId="77777777" w:rsidR="00B772D0" w:rsidRDefault="00B772D0">
            <w:pPr>
              <w:jc w:val="center"/>
              <w:rPr>
                <w:rFonts w:hint="eastAsia"/>
              </w:rPr>
            </w:pPr>
          </w:p>
        </w:tc>
      </w:tr>
      <w:tr w:rsidR="00B772D0" w14:paraId="31068C7A" w14:textId="77777777" w:rsidTr="00870F13">
        <w:trPr>
          <w:trHeight w:val="369"/>
          <w:jc w:val="center"/>
        </w:trPr>
        <w:tc>
          <w:tcPr>
            <w:tcW w:w="1701" w:type="dxa"/>
            <w:tcBorders>
              <w:top w:val="single" w:sz="5" w:space="0" w:color="B7C4BD"/>
              <w:left w:val="single" w:sz="5" w:space="0" w:color="B7C4BD"/>
              <w:bottom w:val="single" w:sz="5" w:space="0" w:color="B7C4BD"/>
              <w:right w:val="single" w:sz="5" w:space="0" w:color="B7C4BD"/>
            </w:tcBorders>
            <w:tcMar>
              <w:top w:w="65" w:type="dxa"/>
              <w:left w:w="100" w:type="dxa"/>
              <w:bottom w:w="65" w:type="dxa"/>
              <w:right w:w="100" w:type="dxa"/>
            </w:tcMar>
            <w:vAlign w:val="center"/>
          </w:tcPr>
          <w:p w14:paraId="750FD0E8" w14:textId="74C65890" w:rsidR="00B772D0" w:rsidRDefault="00B772D0">
            <w:pPr>
              <w:rPr>
                <w:rFonts w:hint="eastAsia"/>
              </w:rPr>
            </w:pPr>
            <w:r>
              <w:rPr>
                <w:color w:val="00321E"/>
                <w:sz w:val="18"/>
              </w:rPr>
              <w:t>325258</w:t>
            </w:r>
          </w:p>
        </w:tc>
        <w:tc>
          <w:tcPr>
            <w:tcW w:w="4422" w:type="dxa"/>
            <w:tcBorders>
              <w:top w:val="single" w:sz="5" w:space="0" w:color="B7C4BD"/>
              <w:left w:val="single" w:sz="5" w:space="0" w:color="B7C4BD"/>
              <w:bottom w:val="single" w:sz="5" w:space="0" w:color="B7C4BD"/>
              <w:right w:val="single" w:sz="5" w:space="0" w:color="B7C4BD"/>
            </w:tcBorders>
            <w:tcMar>
              <w:top w:w="65" w:type="dxa"/>
              <w:left w:w="100" w:type="dxa"/>
              <w:bottom w:w="65" w:type="dxa"/>
              <w:right w:w="100" w:type="dxa"/>
            </w:tcMar>
            <w:vAlign w:val="center"/>
          </w:tcPr>
          <w:p w14:paraId="7ACE3F33" w14:textId="7D5A2DEC" w:rsidR="00B772D0" w:rsidRPr="00B517EF" w:rsidRDefault="00B772D0">
            <w:pPr>
              <w:rPr>
                <w:rFonts w:hint="eastAsia"/>
                <w:lang w:val="sv-SE"/>
              </w:rPr>
            </w:pPr>
            <w:r w:rsidRPr="00B772D0">
              <w:rPr>
                <w:color w:val="00321E"/>
                <w:sz w:val="18"/>
                <w:lang w:val="sv-SE"/>
              </w:rPr>
              <w:drawing>
                <wp:anchor distT="0" distB="0" distL="114300" distR="114300" simplePos="0" relativeHeight="251673088" behindDoc="0" locked="0" layoutInCell="1" allowOverlap="1" wp14:anchorId="5336C74F" wp14:editId="38D3C6C0">
                  <wp:simplePos x="0" y="0"/>
                  <wp:positionH relativeFrom="column">
                    <wp:posOffset>2053590</wp:posOffset>
                  </wp:positionH>
                  <wp:positionV relativeFrom="paragraph">
                    <wp:posOffset>-22860</wp:posOffset>
                  </wp:positionV>
                  <wp:extent cx="438150" cy="304165"/>
                  <wp:effectExtent l="0" t="0" r="0" b="635"/>
                  <wp:wrapNone/>
                  <wp:docPr id="439635714" name="Picture 1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439635714" name=""/>
                          <pic:cNvPicPr/>
                        </pic:nvPicPr>
                        <pic:blipFill>
                          <a:blip r:embed="rId11"/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438150" cy="304165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  <wp14:sizeRelH relativeFrom="margin">
                    <wp14:pctWidth>0</wp14:pctWidth>
                  </wp14:sizeRelH>
                  <wp14:sizeRelV relativeFrom="margin">
                    <wp14:pctHeight>0</wp14:pctHeight>
                  </wp14:sizeRelV>
                </wp:anchor>
              </w:drawing>
            </w:r>
            <w:r>
              <w:rPr>
                <w:noProof/>
              </w:rPr>
              <w:t xml:space="preserve"> </w:t>
            </w:r>
            <w:proofErr w:type="spellStart"/>
            <w:r w:rsidRPr="00B517EF">
              <w:rPr>
                <w:color w:val="00321E"/>
                <w:sz w:val="18"/>
                <w:lang w:val="sv-SE"/>
              </w:rPr>
              <w:t>Blåback</w:t>
            </w:r>
            <w:proofErr w:type="spellEnd"/>
            <w:r w:rsidRPr="00B517EF">
              <w:rPr>
                <w:color w:val="00321E"/>
                <w:sz w:val="18"/>
                <w:lang w:val="sv-SE"/>
              </w:rPr>
              <w:t xml:space="preserve"> </w:t>
            </w:r>
            <w:r>
              <w:rPr>
                <w:color w:val="00321E"/>
                <w:sz w:val="18"/>
                <w:lang w:val="sv-SE"/>
              </w:rPr>
              <w:t>tom</w:t>
            </w:r>
            <w:r w:rsidRPr="00B517EF">
              <w:rPr>
                <w:color w:val="00321E"/>
                <w:sz w:val="18"/>
                <w:lang w:val="sv-SE"/>
              </w:rPr>
              <w:t xml:space="preserve"> (15×50 cl)</w:t>
            </w:r>
            <w:r>
              <w:rPr>
                <w:noProof/>
              </w:rPr>
              <w:t xml:space="preserve"> </w:t>
            </w:r>
          </w:p>
        </w:tc>
        <w:tc>
          <w:tcPr>
            <w:tcW w:w="1134" w:type="dxa"/>
            <w:tcBorders>
              <w:top w:val="single" w:sz="5" w:space="0" w:color="B7C4BD"/>
              <w:left w:val="single" w:sz="5" w:space="0" w:color="B7C4BD"/>
              <w:bottom w:val="single" w:sz="5" w:space="0" w:color="B7C4BD"/>
              <w:right w:val="single" w:sz="5" w:space="0" w:color="B7C4BD"/>
            </w:tcBorders>
            <w:shd w:val="clear" w:color="auto" w:fill="EAF1DD" w:themeFill="accent3" w:themeFillTint="33"/>
            <w:tcMar>
              <w:top w:w="65" w:type="dxa"/>
              <w:left w:w="100" w:type="dxa"/>
              <w:bottom w:w="65" w:type="dxa"/>
              <w:right w:w="100" w:type="dxa"/>
            </w:tcMar>
            <w:vAlign w:val="center"/>
          </w:tcPr>
          <w:p w14:paraId="555B8F85" w14:textId="77777777" w:rsidR="00B772D0" w:rsidRPr="00B517EF" w:rsidRDefault="00B772D0">
            <w:pPr>
              <w:jc w:val="center"/>
              <w:rPr>
                <w:rFonts w:hint="eastAsia"/>
                <w:lang w:val="sv-SE"/>
              </w:rPr>
            </w:pPr>
          </w:p>
        </w:tc>
        <w:tc>
          <w:tcPr>
            <w:tcW w:w="1134" w:type="dxa"/>
            <w:tcBorders>
              <w:top w:val="single" w:sz="5" w:space="0" w:color="B7C4BD"/>
              <w:left w:val="single" w:sz="5" w:space="0" w:color="B7C4BD"/>
              <w:bottom w:val="single" w:sz="5" w:space="0" w:color="B7C4BD"/>
              <w:right w:val="single" w:sz="5" w:space="0" w:color="B7C4BD"/>
            </w:tcBorders>
            <w:tcMar>
              <w:top w:w="65" w:type="dxa"/>
              <w:left w:w="100" w:type="dxa"/>
              <w:bottom w:w="65" w:type="dxa"/>
              <w:right w:w="100" w:type="dxa"/>
            </w:tcMar>
            <w:vAlign w:val="center"/>
          </w:tcPr>
          <w:p w14:paraId="349DD53B" w14:textId="77777777" w:rsidR="00B772D0" w:rsidRDefault="00B772D0">
            <w:pPr>
              <w:jc w:val="center"/>
              <w:rPr>
                <w:rFonts w:hint="eastAsia"/>
              </w:rPr>
            </w:pPr>
            <w:r>
              <w:rPr>
                <w:color w:val="00321E"/>
                <w:sz w:val="18"/>
              </w:rPr>
              <w:t>45</w:t>
            </w:r>
          </w:p>
        </w:tc>
        <w:tc>
          <w:tcPr>
            <w:tcW w:w="1304" w:type="dxa"/>
            <w:tcBorders>
              <w:top w:val="single" w:sz="5" w:space="0" w:color="B7C4BD"/>
              <w:left w:val="single" w:sz="5" w:space="0" w:color="B7C4BD"/>
              <w:bottom w:val="single" w:sz="5" w:space="0" w:color="B7C4BD"/>
              <w:right w:val="single" w:sz="5" w:space="0" w:color="B7C4BD"/>
            </w:tcBorders>
            <w:shd w:val="clear" w:color="auto" w:fill="EAF1DD" w:themeFill="accent3" w:themeFillTint="33"/>
            <w:tcMar>
              <w:top w:w="65" w:type="dxa"/>
              <w:left w:w="100" w:type="dxa"/>
              <w:bottom w:w="65" w:type="dxa"/>
              <w:right w:w="100" w:type="dxa"/>
            </w:tcMar>
            <w:vAlign w:val="center"/>
          </w:tcPr>
          <w:p w14:paraId="260A1233" w14:textId="77777777" w:rsidR="00B772D0" w:rsidRDefault="00B772D0">
            <w:pPr>
              <w:jc w:val="center"/>
              <w:rPr>
                <w:rFonts w:hint="eastAsia"/>
              </w:rPr>
            </w:pPr>
          </w:p>
        </w:tc>
        <w:tc>
          <w:tcPr>
            <w:tcW w:w="2381" w:type="dxa"/>
            <w:tcBorders>
              <w:top w:val="single" w:sz="5" w:space="0" w:color="B7C4BD"/>
              <w:left w:val="single" w:sz="5" w:space="0" w:color="B7C4BD"/>
              <w:bottom w:val="single" w:sz="5" w:space="0" w:color="B7C4BD"/>
              <w:right w:val="single" w:sz="4" w:space="0" w:color="auto"/>
            </w:tcBorders>
            <w:tcMar>
              <w:top w:w="65" w:type="dxa"/>
              <w:left w:w="100" w:type="dxa"/>
              <w:bottom w:w="65" w:type="dxa"/>
              <w:right w:w="100" w:type="dxa"/>
            </w:tcMar>
            <w:vAlign w:val="center"/>
          </w:tcPr>
          <w:p w14:paraId="6B68F93B" w14:textId="77777777" w:rsidR="00B772D0" w:rsidRDefault="00B772D0">
            <w:pPr>
              <w:rPr>
                <w:rFonts w:hint="eastAsia"/>
              </w:rPr>
            </w:pPr>
          </w:p>
        </w:tc>
        <w:tc>
          <w:tcPr>
            <w:tcW w:w="215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BFBFBF" w:themeFill="background1" w:themeFillShade="BF"/>
            <w:tcMar>
              <w:top w:w="65" w:type="dxa"/>
              <w:left w:w="100" w:type="dxa"/>
              <w:bottom w:w="65" w:type="dxa"/>
              <w:right w:w="100" w:type="dxa"/>
            </w:tcMar>
            <w:vAlign w:val="center"/>
          </w:tcPr>
          <w:p w14:paraId="470BF6C4" w14:textId="77777777" w:rsidR="00B772D0" w:rsidRDefault="00B772D0">
            <w:pPr>
              <w:jc w:val="center"/>
              <w:rPr>
                <w:rFonts w:hint="eastAsia"/>
              </w:rPr>
            </w:pPr>
          </w:p>
        </w:tc>
      </w:tr>
      <w:tr w:rsidR="00B772D0" w14:paraId="00ADFE05" w14:textId="77777777" w:rsidTr="00870F13">
        <w:trPr>
          <w:trHeight w:val="369"/>
          <w:jc w:val="center"/>
        </w:trPr>
        <w:tc>
          <w:tcPr>
            <w:tcW w:w="1701" w:type="dxa"/>
            <w:tcBorders>
              <w:top w:val="single" w:sz="5" w:space="0" w:color="B7C4BD"/>
              <w:left w:val="single" w:sz="5" w:space="0" w:color="B7C4BD"/>
              <w:bottom w:val="single" w:sz="5" w:space="0" w:color="B7C4BD"/>
              <w:right w:val="single" w:sz="5" w:space="0" w:color="B7C4BD"/>
            </w:tcBorders>
            <w:tcMar>
              <w:top w:w="65" w:type="dxa"/>
              <w:left w:w="100" w:type="dxa"/>
              <w:bottom w:w="65" w:type="dxa"/>
              <w:right w:w="100" w:type="dxa"/>
            </w:tcMar>
            <w:vAlign w:val="center"/>
          </w:tcPr>
          <w:p w14:paraId="634804E7" w14:textId="2E1392D3" w:rsidR="00B772D0" w:rsidRDefault="00B772D0">
            <w:pPr>
              <w:rPr>
                <w:rFonts w:hint="eastAsia"/>
              </w:rPr>
            </w:pPr>
            <w:r>
              <w:rPr>
                <w:color w:val="00321E"/>
                <w:sz w:val="18"/>
              </w:rPr>
              <w:t>325315</w:t>
            </w:r>
          </w:p>
        </w:tc>
        <w:tc>
          <w:tcPr>
            <w:tcW w:w="4422" w:type="dxa"/>
            <w:tcBorders>
              <w:top w:val="single" w:sz="5" w:space="0" w:color="B7C4BD"/>
              <w:left w:val="single" w:sz="5" w:space="0" w:color="B7C4BD"/>
              <w:bottom w:val="single" w:sz="5" w:space="0" w:color="B7C4BD"/>
              <w:right w:val="single" w:sz="5" w:space="0" w:color="B7C4BD"/>
            </w:tcBorders>
            <w:tcMar>
              <w:top w:w="65" w:type="dxa"/>
              <w:left w:w="100" w:type="dxa"/>
              <w:bottom w:w="65" w:type="dxa"/>
              <w:right w:w="100" w:type="dxa"/>
            </w:tcMar>
            <w:vAlign w:val="center"/>
          </w:tcPr>
          <w:p w14:paraId="5CF0F0ED" w14:textId="07A0A482" w:rsidR="00B772D0" w:rsidRDefault="005A68E7">
            <w:pPr>
              <w:rPr>
                <w:rFonts w:hint="eastAsia"/>
              </w:rPr>
            </w:pPr>
            <w:r w:rsidRPr="005A68E7">
              <w:rPr>
                <w:color w:val="00321E"/>
                <w:sz w:val="18"/>
              </w:rPr>
              <w:drawing>
                <wp:anchor distT="0" distB="0" distL="114300" distR="114300" simplePos="0" relativeHeight="251697664" behindDoc="0" locked="0" layoutInCell="1" allowOverlap="1" wp14:anchorId="42162F65" wp14:editId="1A3D5CCF">
                  <wp:simplePos x="0" y="0"/>
                  <wp:positionH relativeFrom="column">
                    <wp:posOffset>2048510</wp:posOffset>
                  </wp:positionH>
                  <wp:positionV relativeFrom="paragraph">
                    <wp:posOffset>-19050</wp:posOffset>
                  </wp:positionV>
                  <wp:extent cx="392430" cy="278130"/>
                  <wp:effectExtent l="0" t="0" r="7620" b="7620"/>
                  <wp:wrapNone/>
                  <wp:docPr id="1838491853" name="Picture 1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1838491853" name=""/>
                          <pic:cNvPicPr/>
                        </pic:nvPicPr>
                        <pic:blipFill>
                          <a:blip r:embed="rId12"/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392430" cy="278130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  <wp14:sizeRelH relativeFrom="margin">
                    <wp14:pctWidth>0</wp14:pctWidth>
                  </wp14:sizeRelH>
                  <wp14:sizeRelV relativeFrom="margin">
                    <wp14:pctHeight>0</wp14:pctHeight>
                  </wp14:sizeRelV>
                </wp:anchor>
              </w:drawing>
            </w:r>
            <w:proofErr w:type="spellStart"/>
            <w:r w:rsidR="00B772D0">
              <w:rPr>
                <w:color w:val="00321E"/>
                <w:sz w:val="18"/>
              </w:rPr>
              <w:t>Kvartsbrette</w:t>
            </w:r>
            <w:proofErr w:type="spellEnd"/>
            <w:r w:rsidR="00B772D0">
              <w:rPr>
                <w:color w:val="00321E"/>
                <w:sz w:val="18"/>
              </w:rPr>
              <w:t xml:space="preserve">, </w:t>
            </w:r>
            <w:proofErr w:type="spellStart"/>
            <w:r w:rsidR="00B772D0">
              <w:rPr>
                <w:color w:val="00321E"/>
                <w:sz w:val="18"/>
              </w:rPr>
              <w:t>röd</w:t>
            </w:r>
            <w:proofErr w:type="spellEnd"/>
            <w:r w:rsidR="00B772D0">
              <w:rPr>
                <w:color w:val="00321E"/>
                <w:sz w:val="18"/>
              </w:rPr>
              <w:t xml:space="preserve"> (24×150 cl)</w:t>
            </w:r>
            <w:r>
              <w:rPr>
                <w:noProof/>
              </w:rPr>
              <w:t xml:space="preserve"> </w:t>
            </w:r>
          </w:p>
        </w:tc>
        <w:tc>
          <w:tcPr>
            <w:tcW w:w="1134" w:type="dxa"/>
            <w:tcBorders>
              <w:top w:val="single" w:sz="5" w:space="0" w:color="B7C4BD"/>
              <w:left w:val="single" w:sz="5" w:space="0" w:color="B7C4BD"/>
              <w:bottom w:val="single" w:sz="5" w:space="0" w:color="B7C4BD"/>
              <w:right w:val="single" w:sz="5" w:space="0" w:color="B7C4BD"/>
            </w:tcBorders>
            <w:shd w:val="clear" w:color="auto" w:fill="EAF1DD" w:themeFill="accent3" w:themeFillTint="33"/>
            <w:tcMar>
              <w:top w:w="65" w:type="dxa"/>
              <w:left w:w="100" w:type="dxa"/>
              <w:bottom w:w="65" w:type="dxa"/>
              <w:right w:w="100" w:type="dxa"/>
            </w:tcMar>
            <w:vAlign w:val="center"/>
          </w:tcPr>
          <w:p w14:paraId="22579A3A" w14:textId="77777777" w:rsidR="00B772D0" w:rsidRDefault="00B772D0">
            <w:pPr>
              <w:jc w:val="center"/>
              <w:rPr>
                <w:rFonts w:hint="eastAsia"/>
              </w:rPr>
            </w:pPr>
          </w:p>
        </w:tc>
        <w:tc>
          <w:tcPr>
            <w:tcW w:w="1134" w:type="dxa"/>
            <w:tcBorders>
              <w:top w:val="single" w:sz="5" w:space="0" w:color="B7C4BD"/>
              <w:left w:val="single" w:sz="5" w:space="0" w:color="B7C4BD"/>
              <w:bottom w:val="single" w:sz="5" w:space="0" w:color="B7C4BD"/>
              <w:right w:val="single" w:sz="5" w:space="0" w:color="B7C4BD"/>
            </w:tcBorders>
            <w:tcMar>
              <w:top w:w="65" w:type="dxa"/>
              <w:left w:w="100" w:type="dxa"/>
              <w:bottom w:w="65" w:type="dxa"/>
              <w:right w:w="100" w:type="dxa"/>
            </w:tcMar>
            <w:vAlign w:val="center"/>
          </w:tcPr>
          <w:p w14:paraId="15C46CA7" w14:textId="77777777" w:rsidR="00B772D0" w:rsidRDefault="00B772D0">
            <w:pPr>
              <w:jc w:val="center"/>
              <w:rPr>
                <w:rFonts w:hint="eastAsia"/>
              </w:rPr>
            </w:pPr>
            <w:r>
              <w:rPr>
                <w:color w:val="00321E"/>
                <w:sz w:val="18"/>
              </w:rPr>
              <w:t>80</w:t>
            </w:r>
          </w:p>
        </w:tc>
        <w:tc>
          <w:tcPr>
            <w:tcW w:w="1304" w:type="dxa"/>
            <w:tcBorders>
              <w:top w:val="single" w:sz="5" w:space="0" w:color="B7C4BD"/>
              <w:left w:val="single" w:sz="5" w:space="0" w:color="B7C4BD"/>
              <w:bottom w:val="single" w:sz="5" w:space="0" w:color="B7C4BD"/>
              <w:right w:val="single" w:sz="5" w:space="0" w:color="B7C4BD"/>
            </w:tcBorders>
            <w:shd w:val="clear" w:color="auto" w:fill="EAF1DD" w:themeFill="accent3" w:themeFillTint="33"/>
            <w:tcMar>
              <w:top w:w="65" w:type="dxa"/>
              <w:left w:w="100" w:type="dxa"/>
              <w:bottom w:w="65" w:type="dxa"/>
              <w:right w:w="100" w:type="dxa"/>
            </w:tcMar>
            <w:vAlign w:val="center"/>
          </w:tcPr>
          <w:p w14:paraId="2B890462" w14:textId="77777777" w:rsidR="00B772D0" w:rsidRDefault="00B772D0">
            <w:pPr>
              <w:jc w:val="center"/>
              <w:rPr>
                <w:rFonts w:hint="eastAsia"/>
              </w:rPr>
            </w:pPr>
          </w:p>
        </w:tc>
        <w:tc>
          <w:tcPr>
            <w:tcW w:w="2381" w:type="dxa"/>
            <w:tcBorders>
              <w:top w:val="single" w:sz="5" w:space="0" w:color="B7C4BD"/>
              <w:left w:val="single" w:sz="5" w:space="0" w:color="B7C4BD"/>
              <w:bottom w:val="single" w:sz="5" w:space="0" w:color="B7C4BD"/>
              <w:right w:val="single" w:sz="4" w:space="0" w:color="auto"/>
            </w:tcBorders>
            <w:tcMar>
              <w:top w:w="65" w:type="dxa"/>
              <w:left w:w="100" w:type="dxa"/>
              <w:bottom w:w="65" w:type="dxa"/>
              <w:right w:w="100" w:type="dxa"/>
            </w:tcMar>
            <w:vAlign w:val="center"/>
          </w:tcPr>
          <w:p w14:paraId="4279E28B" w14:textId="77777777" w:rsidR="00B772D0" w:rsidRDefault="00B772D0">
            <w:pPr>
              <w:rPr>
                <w:rFonts w:hint="eastAsia"/>
              </w:rPr>
            </w:pPr>
          </w:p>
        </w:tc>
        <w:tc>
          <w:tcPr>
            <w:tcW w:w="215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BFBFBF" w:themeFill="background1" w:themeFillShade="BF"/>
            <w:tcMar>
              <w:top w:w="65" w:type="dxa"/>
              <w:left w:w="100" w:type="dxa"/>
              <w:bottom w:w="65" w:type="dxa"/>
              <w:right w:w="100" w:type="dxa"/>
            </w:tcMar>
            <w:vAlign w:val="center"/>
          </w:tcPr>
          <w:p w14:paraId="3F4978D9" w14:textId="77777777" w:rsidR="00B772D0" w:rsidRDefault="00B772D0">
            <w:pPr>
              <w:jc w:val="center"/>
              <w:rPr>
                <w:rFonts w:hint="eastAsia"/>
              </w:rPr>
            </w:pPr>
          </w:p>
        </w:tc>
      </w:tr>
      <w:tr w:rsidR="00B772D0" w14:paraId="4D78F074" w14:textId="77777777" w:rsidTr="00870F13">
        <w:trPr>
          <w:trHeight w:val="369"/>
          <w:jc w:val="center"/>
        </w:trPr>
        <w:tc>
          <w:tcPr>
            <w:tcW w:w="1701" w:type="dxa"/>
            <w:tcBorders>
              <w:top w:val="single" w:sz="5" w:space="0" w:color="B7C4BD"/>
              <w:left w:val="single" w:sz="5" w:space="0" w:color="B7C4BD"/>
              <w:bottom w:val="single" w:sz="5" w:space="0" w:color="B7C4BD"/>
              <w:right w:val="single" w:sz="5" w:space="0" w:color="B7C4BD"/>
            </w:tcBorders>
            <w:tcMar>
              <w:top w:w="65" w:type="dxa"/>
              <w:left w:w="100" w:type="dxa"/>
              <w:bottom w:w="65" w:type="dxa"/>
              <w:right w:w="100" w:type="dxa"/>
            </w:tcMar>
            <w:vAlign w:val="center"/>
          </w:tcPr>
          <w:p w14:paraId="2DF6A97C" w14:textId="176037FA" w:rsidR="00B772D0" w:rsidRDefault="00B772D0">
            <w:pPr>
              <w:rPr>
                <w:rFonts w:hint="eastAsia"/>
              </w:rPr>
            </w:pPr>
          </w:p>
        </w:tc>
        <w:tc>
          <w:tcPr>
            <w:tcW w:w="4422" w:type="dxa"/>
            <w:tcBorders>
              <w:top w:val="single" w:sz="5" w:space="0" w:color="B7C4BD"/>
              <w:left w:val="single" w:sz="5" w:space="0" w:color="B7C4BD"/>
              <w:bottom w:val="single" w:sz="5" w:space="0" w:color="B7C4BD"/>
              <w:right w:val="single" w:sz="5" w:space="0" w:color="B7C4BD"/>
            </w:tcBorders>
            <w:tcMar>
              <w:top w:w="65" w:type="dxa"/>
              <w:left w:w="100" w:type="dxa"/>
              <w:bottom w:w="65" w:type="dxa"/>
              <w:right w:w="100" w:type="dxa"/>
            </w:tcMar>
            <w:vAlign w:val="center"/>
          </w:tcPr>
          <w:p w14:paraId="6AD0BF34" w14:textId="68BC4789" w:rsidR="00B772D0" w:rsidRDefault="00B772D0">
            <w:pPr>
              <w:rPr>
                <w:rFonts w:hint="eastAsia"/>
              </w:rPr>
            </w:pPr>
          </w:p>
        </w:tc>
        <w:tc>
          <w:tcPr>
            <w:tcW w:w="1134" w:type="dxa"/>
            <w:tcBorders>
              <w:top w:val="single" w:sz="5" w:space="0" w:color="B7C4BD"/>
              <w:left w:val="single" w:sz="5" w:space="0" w:color="B7C4BD"/>
              <w:bottom w:val="single" w:sz="5" w:space="0" w:color="B7C4BD"/>
              <w:right w:val="single" w:sz="5" w:space="0" w:color="B7C4BD"/>
            </w:tcBorders>
            <w:shd w:val="clear" w:color="auto" w:fill="EAF1DD" w:themeFill="accent3" w:themeFillTint="33"/>
            <w:tcMar>
              <w:top w:w="65" w:type="dxa"/>
              <w:left w:w="100" w:type="dxa"/>
              <w:bottom w:w="65" w:type="dxa"/>
              <w:right w:w="100" w:type="dxa"/>
            </w:tcMar>
            <w:vAlign w:val="center"/>
          </w:tcPr>
          <w:p w14:paraId="65442C55" w14:textId="77777777" w:rsidR="00B772D0" w:rsidRDefault="00B772D0">
            <w:pPr>
              <w:jc w:val="center"/>
              <w:rPr>
                <w:rFonts w:hint="eastAsia"/>
              </w:rPr>
            </w:pPr>
          </w:p>
        </w:tc>
        <w:tc>
          <w:tcPr>
            <w:tcW w:w="1134" w:type="dxa"/>
            <w:tcBorders>
              <w:top w:val="single" w:sz="5" w:space="0" w:color="B7C4BD"/>
              <w:left w:val="single" w:sz="5" w:space="0" w:color="B7C4BD"/>
              <w:bottom w:val="single" w:sz="5" w:space="0" w:color="B7C4BD"/>
              <w:right w:val="single" w:sz="5" w:space="0" w:color="B7C4BD"/>
            </w:tcBorders>
            <w:tcMar>
              <w:top w:w="65" w:type="dxa"/>
              <w:left w:w="100" w:type="dxa"/>
              <w:bottom w:w="65" w:type="dxa"/>
              <w:right w:w="100" w:type="dxa"/>
            </w:tcMar>
            <w:vAlign w:val="center"/>
          </w:tcPr>
          <w:p w14:paraId="03659379" w14:textId="56355870" w:rsidR="00B772D0" w:rsidRDefault="00B772D0">
            <w:pPr>
              <w:jc w:val="center"/>
              <w:rPr>
                <w:rFonts w:hint="eastAsia"/>
              </w:rPr>
            </w:pPr>
          </w:p>
        </w:tc>
        <w:tc>
          <w:tcPr>
            <w:tcW w:w="1304" w:type="dxa"/>
            <w:tcBorders>
              <w:top w:val="single" w:sz="5" w:space="0" w:color="B7C4BD"/>
              <w:left w:val="single" w:sz="5" w:space="0" w:color="B7C4BD"/>
              <w:bottom w:val="single" w:sz="5" w:space="0" w:color="B7C4BD"/>
              <w:right w:val="single" w:sz="5" w:space="0" w:color="B7C4BD"/>
            </w:tcBorders>
            <w:shd w:val="clear" w:color="auto" w:fill="EAF1DD" w:themeFill="accent3" w:themeFillTint="33"/>
            <w:tcMar>
              <w:top w:w="65" w:type="dxa"/>
              <w:left w:w="100" w:type="dxa"/>
              <w:bottom w:w="65" w:type="dxa"/>
              <w:right w:w="100" w:type="dxa"/>
            </w:tcMar>
            <w:vAlign w:val="center"/>
          </w:tcPr>
          <w:p w14:paraId="6AD72D38" w14:textId="77777777" w:rsidR="00B772D0" w:rsidRDefault="00B772D0">
            <w:pPr>
              <w:jc w:val="center"/>
              <w:rPr>
                <w:rFonts w:hint="eastAsia"/>
              </w:rPr>
            </w:pPr>
          </w:p>
        </w:tc>
        <w:tc>
          <w:tcPr>
            <w:tcW w:w="2381" w:type="dxa"/>
            <w:tcBorders>
              <w:top w:val="single" w:sz="5" w:space="0" w:color="B7C4BD"/>
              <w:left w:val="single" w:sz="5" w:space="0" w:color="B7C4BD"/>
              <w:bottom w:val="single" w:sz="5" w:space="0" w:color="B7C4BD"/>
              <w:right w:val="single" w:sz="4" w:space="0" w:color="auto"/>
            </w:tcBorders>
            <w:tcMar>
              <w:top w:w="65" w:type="dxa"/>
              <w:left w:w="100" w:type="dxa"/>
              <w:bottom w:w="65" w:type="dxa"/>
              <w:right w:w="100" w:type="dxa"/>
            </w:tcMar>
            <w:vAlign w:val="center"/>
          </w:tcPr>
          <w:p w14:paraId="5BEEBA3F" w14:textId="77777777" w:rsidR="00B772D0" w:rsidRDefault="00B772D0">
            <w:pPr>
              <w:rPr>
                <w:rFonts w:hint="eastAsia"/>
              </w:rPr>
            </w:pPr>
          </w:p>
        </w:tc>
        <w:tc>
          <w:tcPr>
            <w:tcW w:w="215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BFBFBF" w:themeFill="background1" w:themeFillShade="BF"/>
            <w:tcMar>
              <w:top w:w="65" w:type="dxa"/>
              <w:left w:w="100" w:type="dxa"/>
              <w:bottom w:w="65" w:type="dxa"/>
              <w:right w:w="100" w:type="dxa"/>
            </w:tcMar>
            <w:vAlign w:val="center"/>
          </w:tcPr>
          <w:p w14:paraId="79946879" w14:textId="77777777" w:rsidR="00B772D0" w:rsidRDefault="00B772D0">
            <w:pPr>
              <w:jc w:val="center"/>
              <w:rPr>
                <w:rFonts w:hint="eastAsia"/>
              </w:rPr>
            </w:pPr>
          </w:p>
        </w:tc>
      </w:tr>
    </w:tbl>
    <w:p w14:paraId="67F4F45E" w14:textId="77777777" w:rsidR="008C3C90" w:rsidRDefault="008C3C90">
      <w:pPr>
        <w:spacing w:after="20"/>
        <w:rPr>
          <w:rFonts w:hint="eastAsia"/>
        </w:rPr>
      </w:pPr>
    </w:p>
    <w:tbl>
      <w:tblPr>
        <w:tblW w:w="0" w:type="auto"/>
        <w:jc w:val="center"/>
        <w:tblLayout w:type="fixed"/>
        <w:tblLook w:val="04A0" w:firstRow="1" w:lastRow="0" w:firstColumn="1" w:lastColumn="0" w:noHBand="0" w:noVBand="1"/>
      </w:tblPr>
      <w:tblGrid>
        <w:gridCol w:w="7682"/>
        <w:gridCol w:w="7682"/>
      </w:tblGrid>
      <w:tr w:rsidR="008C3C90" w14:paraId="46D78777" w14:textId="77777777" w:rsidTr="00870F13">
        <w:trPr>
          <w:jc w:val="center"/>
        </w:trPr>
        <w:tc>
          <w:tcPr>
            <w:tcW w:w="7682" w:type="dxa"/>
            <w:tcBorders>
              <w:top w:val="single" w:sz="5" w:space="0" w:color="B7C4BD"/>
              <w:left w:val="single" w:sz="5" w:space="0" w:color="B7C4BD"/>
              <w:bottom w:val="single" w:sz="5" w:space="0" w:color="B7C4BD"/>
              <w:right w:val="single" w:sz="5" w:space="0" w:color="B7C4BD"/>
            </w:tcBorders>
            <w:shd w:val="clear" w:color="auto" w:fill="EAF1DD" w:themeFill="accent3" w:themeFillTint="33"/>
            <w:tcMar>
              <w:top w:w="65" w:type="dxa"/>
              <w:left w:w="100" w:type="dxa"/>
              <w:bottom w:w="65" w:type="dxa"/>
              <w:right w:w="100" w:type="dxa"/>
            </w:tcMar>
            <w:vAlign w:val="center"/>
          </w:tcPr>
          <w:p w14:paraId="1CB95B04" w14:textId="77777777" w:rsidR="008C3C90" w:rsidRDefault="00870F13">
            <w:pPr>
              <w:rPr>
                <w:b/>
                <w:color w:val="00321E"/>
              </w:rPr>
            </w:pPr>
            <w:proofErr w:type="spellStart"/>
            <w:r>
              <w:rPr>
                <w:b/>
                <w:color w:val="00321E"/>
              </w:rPr>
              <w:t>Kontaktuppgifter</w:t>
            </w:r>
            <w:proofErr w:type="spellEnd"/>
            <w:r>
              <w:rPr>
                <w:b/>
                <w:color w:val="00321E"/>
              </w:rPr>
              <w:t xml:space="preserve"> </w:t>
            </w:r>
            <w:proofErr w:type="spellStart"/>
            <w:r>
              <w:rPr>
                <w:b/>
                <w:color w:val="00321E"/>
              </w:rPr>
              <w:t>avsändaren</w:t>
            </w:r>
            <w:proofErr w:type="spellEnd"/>
          </w:p>
          <w:p w14:paraId="760E45D2" w14:textId="77777777" w:rsidR="00870F13" w:rsidRDefault="00870F13"/>
          <w:p w14:paraId="3B4FA479" w14:textId="74BC7D35" w:rsidR="00870F13" w:rsidRDefault="00870F13">
            <w:pPr>
              <w:rPr>
                <w:rFonts w:hint="eastAsia"/>
              </w:rPr>
            </w:pPr>
          </w:p>
        </w:tc>
        <w:tc>
          <w:tcPr>
            <w:tcW w:w="7682" w:type="dxa"/>
            <w:tcBorders>
              <w:top w:val="single" w:sz="5" w:space="0" w:color="B7C4BD"/>
              <w:left w:val="single" w:sz="5" w:space="0" w:color="B7C4BD"/>
              <w:bottom w:val="single" w:sz="5" w:space="0" w:color="B7C4BD"/>
              <w:right w:val="single" w:sz="5" w:space="0" w:color="B7C4BD"/>
            </w:tcBorders>
            <w:shd w:val="clear" w:color="auto" w:fill="EAF1DD" w:themeFill="accent3" w:themeFillTint="33"/>
            <w:tcMar>
              <w:top w:w="65" w:type="dxa"/>
              <w:left w:w="100" w:type="dxa"/>
              <w:bottom w:w="65" w:type="dxa"/>
              <w:right w:w="100" w:type="dxa"/>
            </w:tcMar>
            <w:vAlign w:val="center"/>
          </w:tcPr>
          <w:p w14:paraId="79658621" w14:textId="0FD00B82" w:rsidR="008C3C90" w:rsidRDefault="00ED4742">
            <w:pPr>
              <w:rPr>
                <w:rFonts w:hint="eastAsia"/>
              </w:rPr>
            </w:pPr>
            <w:r>
              <w:rPr>
                <w:b/>
                <w:color w:val="00321E"/>
              </w:rPr>
              <w:br/>
            </w:r>
          </w:p>
        </w:tc>
      </w:tr>
    </w:tbl>
    <w:p w14:paraId="66687E35" w14:textId="77777777" w:rsidR="00ED4742" w:rsidRDefault="00ED4742"/>
    <w:p w14:paraId="45E0FF1D" w14:textId="77777777" w:rsidR="00870F13" w:rsidRDefault="00870F13"/>
    <w:p w14:paraId="7A036A53" w14:textId="536C4097" w:rsidR="00870F13" w:rsidRPr="00870F13" w:rsidRDefault="00870F13">
      <w:pPr>
        <w:rPr>
          <w:lang w:val="sv-SE"/>
        </w:rPr>
      </w:pPr>
      <w:r w:rsidRPr="00870F13">
        <w:rPr>
          <w:lang w:val="sv-SE"/>
        </w:rPr>
        <w:t>*Grönmarkerade fält fylls i av k</w:t>
      </w:r>
      <w:r>
        <w:rPr>
          <w:lang w:val="sv-SE"/>
        </w:rPr>
        <w:t>und/avsändare *Gråmarkerade fält fylls i av Carlsberg/Mottagare</w:t>
      </w:r>
    </w:p>
    <w:sectPr w:rsidR="00870F13" w:rsidRPr="00870F13" w:rsidSect="00034616">
      <w:pgSz w:w="16838" w:h="11906"/>
      <w:pgMar w:top="680" w:right="737" w:bottom="680" w:left="737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  <w:font w:name="MS Mincho">
    <w:panose1 w:val="02020609040205080304"/>
    <w:charset w:val="80"/>
    <w:family w:val="modern"/>
    <w:pitch w:val="fixed"/>
    <w:sig w:usb0="E00002FF" w:usb1="6AC7FDFB" w:usb2="08000012" w:usb3="00000000" w:csb0="0002009F" w:csb1="00000000"/>
  </w:font>
  <w:font w:name="Carlsberg Sans">
    <w:altName w:val="Cambria"/>
    <w:panose1 w:val="00000000000000000000"/>
    <w:charset w:val="00"/>
    <w:family w:val="roman"/>
    <w:notTrueType/>
    <w:pitch w:val="default"/>
  </w:font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</w:font>
  <w:font w:name="MS Gothic">
    <w:altName w:val="ＭＳ ゴシック"/>
    <w:panose1 w:val="020B0609070205080204"/>
    <w:charset w:val="80"/>
    <w:family w:val="modern"/>
    <w:pitch w:val="fixed"/>
    <w:sig w:usb0="E00002FF" w:usb1="6AC7FDFB" w:usb2="08000012" w:usb3="00000000" w:csb0="0002009F" w:csb1="00000000"/>
  </w:font>
  <w:font w:name="Courier">
    <w:panose1 w:val="02070409020205020404"/>
    <w:charset w:val="00"/>
    <w:family w:val="auto"/>
    <w:pitch w:val="variable"/>
    <w:sig w:usb0="00000003" w:usb1="00000000" w:usb2="00000000" w:usb3="00000000" w:csb0="00000001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 w15:restartNumberingAfterBreak="0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 w15:restartNumberingAfterBreak="0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 w15:restartNumberingAfterBreak="0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 w15:restartNumberingAfterBreak="0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 w15:restartNumberingAfterBreak="0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 w15:restartNumberingAfterBreak="0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 w15:restartNumberingAfterBreak="0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 w15:restartNumberingAfterBreak="0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 w16cid:durableId="1599950227">
    <w:abstractNumId w:val="8"/>
  </w:num>
  <w:num w:numId="2" w16cid:durableId="584344821">
    <w:abstractNumId w:val="6"/>
  </w:num>
  <w:num w:numId="3" w16cid:durableId="2139376021">
    <w:abstractNumId w:val="5"/>
  </w:num>
  <w:num w:numId="4" w16cid:durableId="1883520133">
    <w:abstractNumId w:val="4"/>
  </w:num>
  <w:num w:numId="5" w16cid:durableId="519004218">
    <w:abstractNumId w:val="7"/>
  </w:num>
  <w:num w:numId="6" w16cid:durableId="280691321">
    <w:abstractNumId w:val="3"/>
  </w:num>
  <w:num w:numId="7" w16cid:durableId="289551763">
    <w:abstractNumId w:val="2"/>
  </w:num>
  <w:num w:numId="8" w16cid:durableId="1771583757">
    <w:abstractNumId w:val="1"/>
  </w:num>
  <w:num w:numId="9" w16cid:durableId="1061706878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20"/>
  <w:proofState w:spelling="clean" w:grammar="clean"/>
  <w:defaultTabStop w:val="720"/>
  <w:characterSpacingControl w:val="doNotCompress"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useWord2013TrackBottomHyphenation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577587"/>
    <w:rsid w:val="005A68E7"/>
    <w:rsid w:val="005B4C19"/>
    <w:rsid w:val="00870F13"/>
    <w:rsid w:val="008C3C90"/>
    <w:rsid w:val="00921890"/>
    <w:rsid w:val="00AA1D8D"/>
    <w:rsid w:val="00B47730"/>
    <w:rsid w:val="00B517EF"/>
    <w:rsid w:val="00B772D0"/>
    <w:rsid w:val="00CB0664"/>
    <w:rsid w:val="00ED4742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6"/>
    <o:shapelayout v:ext="edit">
      <o:idmap v:ext="edit" data="1"/>
    </o:shapelayout>
  </w:shapeDefaults>
  <w:decimalSymbol w:val=","/>
  <w:listSeparator w:val=","/>
  <w14:docId w14:val="6D7360C8"/>
  <w14:defaultImageDpi w14:val="300"/>
  <w15:docId w15:val="{0B254932-B990-445C-8005-911E16DDB62F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  <w:rsid w:val="00FC693F"/>
    <w:pPr>
      <w:spacing w:after="0" w:line="252" w:lineRule="auto"/>
    </w:pPr>
    <w:rPr>
      <w:rFonts w:ascii="Carlsberg Sans" w:hAnsi="Carlsberg Sans"/>
      <w:sz w:val="20"/>
    </w:rPr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/>
      <w:outlineLvl w:val="0"/>
    </w:pPr>
    <w:rPr>
      <w:rFonts w:asciiTheme="majorHAnsi" w:eastAsiaTheme="majorEastAsia" w:hAnsiTheme="majorHAnsi" w:cstheme="majorBidi"/>
      <w:b/>
      <w:bCs/>
      <w:color w:val="00321E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/>
      <w:outlineLvl w:val="1"/>
    </w:pPr>
    <w:rPr>
      <w:rFonts w:asciiTheme="majorHAnsi" w:eastAsiaTheme="majorEastAsia" w:hAnsiTheme="majorHAnsi" w:cstheme="majorBidi"/>
      <w:b/>
      <w:bCs/>
      <w:color w:val="00321E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/>
      <w:outlineLvl w:val="7"/>
    </w:pPr>
    <w:rPr>
      <w:rFonts w:asciiTheme="majorHAnsi" w:eastAsiaTheme="majorEastAsia" w:hAnsiTheme="majorHAnsi" w:cstheme="majorBidi"/>
      <w:color w:val="4F81BD" w:themeColor="accent1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spacing w:after="300" w:line="240" w:lineRule="auto"/>
      <w:contextualSpacing/>
    </w:pPr>
    <w:rPr>
      <w:rFonts w:asciiTheme="majorHAnsi" w:eastAsiaTheme="majorEastAsia" w:hAnsiTheme="majorHAnsi" w:cstheme="majorBidi"/>
      <w:b/>
      <w:color w:val="00321E"/>
      <w:spacing w:val="5"/>
      <w:kern w:val="28"/>
      <w:sz w:val="38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Borders>
        <w:top w:val="single" w:sz="8" w:space="0" w:color="000000" w:themeColor="text1"/>
        <w:bottom w:val="single" w:sz="8" w:space="0" w:color="000000" w:themeColor="text1"/>
      </w:tblBorders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Borders>
        <w:top w:val="single" w:sz="8" w:space="0" w:color="4F81BD" w:themeColor="accent1"/>
        <w:bottom w:val="single" w:sz="8" w:space="0" w:color="4F81BD" w:themeColor="accent1"/>
      </w:tblBorders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Borders>
        <w:top w:val="single" w:sz="8" w:space="0" w:color="C0504D" w:themeColor="accent2"/>
        <w:bottom w:val="single" w:sz="8" w:space="0" w:color="C0504D" w:themeColor="accent2"/>
      </w:tblBorders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Borders>
        <w:top w:val="single" w:sz="8" w:space="0" w:color="9BBB59" w:themeColor="accent3"/>
        <w:bottom w:val="single" w:sz="8" w:space="0" w:color="9BBB59" w:themeColor="accent3"/>
      </w:tblBorders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Borders>
        <w:top w:val="single" w:sz="8" w:space="0" w:color="8064A2" w:themeColor="accent4"/>
        <w:bottom w:val="single" w:sz="8" w:space="0" w:color="8064A2" w:themeColor="accent4"/>
      </w:tblBorders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Borders>
        <w:top w:val="single" w:sz="8" w:space="0" w:color="4BACC6" w:themeColor="accent5"/>
        <w:bottom w:val="single" w:sz="8" w:space="0" w:color="4BACC6" w:themeColor="accent5"/>
      </w:tblBorders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Borders>
        <w:top w:val="single" w:sz="8" w:space="0" w:color="F79646" w:themeColor="accent6"/>
        <w:bottom w:val="single" w:sz="8" w:space="0" w:color="F79646" w:themeColor="accent6"/>
      </w:tblBorders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Borders>
        <w:top w:val="single" w:sz="18" w:space="0" w:color="auto"/>
        <w:bottom w:val="single" w:sz="18" w:space="0" w:color="auto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Borders>
        <w:top w:val="single" w:sz="18" w:space="0" w:color="auto"/>
        <w:bottom w:val="single" w:sz="18" w:space="0" w:color="auto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Borders>
        <w:top w:val="single" w:sz="18" w:space="0" w:color="auto"/>
        <w:bottom w:val="single" w:sz="18" w:space="0" w:color="auto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Borders>
        <w:top w:val="single" w:sz="18" w:space="0" w:color="auto"/>
        <w:bottom w:val="single" w:sz="18" w:space="0" w:color="auto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Borders>
        <w:top w:val="single" w:sz="18" w:space="0" w:color="auto"/>
        <w:bottom w:val="single" w:sz="18" w:space="0" w:color="auto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Borders>
        <w:top w:val="single" w:sz="18" w:space="0" w:color="auto"/>
        <w:bottom w:val="single" w:sz="18" w:space="0" w:color="auto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Borders>
        <w:top w:val="single" w:sz="18" w:space="0" w:color="auto"/>
        <w:bottom w:val="single" w:sz="18" w:space="0" w:color="auto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8" w:space="0" w:color="000000" w:themeColor="text1"/>
        <w:bottom w:val="single" w:sz="8" w:space="0" w:color="000000" w:themeColor="text1"/>
      </w:tblBorders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8" w:space="0" w:color="4F81BD" w:themeColor="accent1"/>
        <w:bottom w:val="single" w:sz="8" w:space="0" w:color="4F81BD" w:themeColor="accent1"/>
      </w:tblBorders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8" w:space="0" w:color="C0504D" w:themeColor="accent2"/>
        <w:bottom w:val="single" w:sz="8" w:space="0" w:color="C0504D" w:themeColor="accent2"/>
      </w:tblBorders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8" w:space="0" w:color="9BBB59" w:themeColor="accent3"/>
        <w:bottom w:val="single" w:sz="8" w:space="0" w:color="9BBB59" w:themeColor="accent3"/>
      </w:tblBorders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8" w:space="0" w:color="8064A2" w:themeColor="accent4"/>
        <w:bottom w:val="single" w:sz="8" w:space="0" w:color="8064A2" w:themeColor="accent4"/>
      </w:tblBorders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8" w:space="0" w:color="4BACC6" w:themeColor="accent5"/>
        <w:bottom w:val="single" w:sz="8" w:space="0" w:color="4BACC6" w:themeColor="accent5"/>
      </w:tblBorders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8" w:space="0" w:color="F79646" w:themeColor="accent6"/>
        <w:bottom w:val="single" w:sz="8" w:space="0" w:color="F79646" w:themeColor="accent6"/>
      </w:tblBorders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insideH w:val="single" w:sz="4" w:space="0" w:color="FFFFFF" w:themeColor="background1"/>
      </w:tblBorders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insideH w:val="single" w:sz="4" w:space="0" w:color="FFFFFF" w:themeColor="background1"/>
      </w:tblBorders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insideH w:val="single" w:sz="4" w:space="0" w:color="FFFFFF" w:themeColor="background1"/>
      </w:tblBorders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insideH w:val="single" w:sz="4" w:space="0" w:color="FFFFFF" w:themeColor="background1"/>
      </w:tblBorders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insideH w:val="single" w:sz="4" w:space="0" w:color="FFFFFF" w:themeColor="background1"/>
      </w:tblBorders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insideH w:val="single" w:sz="4" w:space="0" w:color="FFFFFF" w:themeColor="background1"/>
      </w:tblBorders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insideH w:val="single" w:sz="4" w:space="0" w:color="FFFFFF" w:themeColor="background1"/>
      </w:tblBorders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image" Target="media/image3.png"/><Relationship Id="rId13" Type="http://schemas.openxmlformats.org/officeDocument/2006/relationships/fontTable" Target="fontTable.xml"/><Relationship Id="rId3" Type="http://schemas.openxmlformats.org/officeDocument/2006/relationships/styles" Target="styles.xml"/><Relationship Id="rId7" Type="http://schemas.openxmlformats.org/officeDocument/2006/relationships/image" Target="media/image2.png"/><Relationship Id="rId12" Type="http://schemas.openxmlformats.org/officeDocument/2006/relationships/image" Target="media/image7.png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image" Target="media/image1.png"/><Relationship Id="rId11" Type="http://schemas.openxmlformats.org/officeDocument/2006/relationships/image" Target="media/image6.png"/><Relationship Id="rId5" Type="http://schemas.openxmlformats.org/officeDocument/2006/relationships/webSettings" Target="webSettings.xml"/><Relationship Id="rId10" Type="http://schemas.openxmlformats.org/officeDocument/2006/relationships/image" Target="media/image5.png"/><Relationship Id="rId4" Type="http://schemas.openxmlformats.org/officeDocument/2006/relationships/settings" Target="settings.xml"/><Relationship Id="rId9" Type="http://schemas.openxmlformats.org/officeDocument/2006/relationships/image" Target="media/image4.png"/><Relationship Id="rId14" Type="http://schemas.openxmlformats.org/officeDocument/2006/relationships/theme" Target="theme/theme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Metadata/LabelInfo.xml><?xml version="1.0" encoding="utf-8"?>
<clbl:labelList xmlns:clbl="http://schemas.microsoft.com/office/2020/mipLabelMetadata">
  <clbl:label id="{f0567998-807e-4087-8532-8572478b1acb}" enabled="1" method="Standard" siteId="{882d47f6-50f4-4554-9aa6-43a46416b0f0}" contentBits="0" removed="0"/>
</clbl:labelList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4462</TotalTime>
  <Pages>1</Pages>
  <Words>120</Words>
  <Characters>597</Characters>
  <Application>Microsoft Office Word</Application>
  <DocSecurity>0</DocSecurity>
  <Lines>85</Lines>
  <Paragraphs>47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>Carlsberg Följesedel – returnerade lastbärare</vt:lpstr>
    </vt:vector>
  </TitlesOfParts>
  <Manager/>
  <Company/>
  <LinksUpToDate>false</LinksUpToDate>
  <CharactersWithSpaces>670</CharactersWithSpaces>
  <SharedDoc>false</SharedDoc>
  <HyperlinkBase/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Carlsberg Följesedel – returnerade lastbärare</dc:title>
  <dc:subject/>
  <dc:creator>Carlsberg</dc:creator>
  <cp:keywords/>
  <dc:description>generated by python-docx</dc:description>
  <cp:lastModifiedBy>Ida Johansson</cp:lastModifiedBy>
  <cp:revision>2</cp:revision>
  <dcterms:created xsi:type="dcterms:W3CDTF">2026-10-12T10:58:00Z</dcterms:created>
  <dcterms:modified xsi:type="dcterms:W3CDTF">2026-10-12T10:58:00Z</dcterms:modified>
  <cp:category/>
</cp:coreProperties>
</file>